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4126" w14:textId="5172E670" w:rsidR="00DE498F" w:rsidRPr="002E4C0F" w:rsidRDefault="005E1627">
      <w:pPr>
        <w:pStyle w:val="DocTitle"/>
        <w:jc w:val="center"/>
        <w:rPr>
          <w:rFonts w:ascii="Verdana" w:hAnsi="Verdana"/>
          <w:sz w:val="24"/>
          <w:szCs w:val="20"/>
          <w:lang w:val="pl-PL"/>
        </w:rPr>
      </w:pPr>
      <w:r w:rsidRPr="002E4C0F">
        <w:rPr>
          <w:rFonts w:ascii="Verdana" w:hAnsi="Verdana"/>
          <w:sz w:val="24"/>
          <w:szCs w:val="20"/>
          <w:lang w:val="pl-PL"/>
        </w:rPr>
        <w:t>ZGŁOSZENIE UDZIAŁU</w:t>
      </w:r>
    </w:p>
    <w:p w14:paraId="73843215" w14:textId="77777777" w:rsidR="00DE498F" w:rsidRPr="002E4C0F" w:rsidRDefault="005E1627">
      <w:pPr>
        <w:spacing w:after="160"/>
        <w:jc w:val="center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b/>
          <w:sz w:val="20"/>
          <w:szCs w:val="20"/>
          <w:lang w:val="pl-PL"/>
        </w:rPr>
        <w:t>w publicznym przetargu ustnym (aukcji) na sprzedaż 2 szt. ciągników rolniczych</w:t>
      </w:r>
    </w:p>
    <w:p w14:paraId="31824352" w14:textId="77777777" w:rsidR="00DE498F" w:rsidRDefault="005E1627" w:rsidP="002E4C0F">
      <w:pPr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b/>
          <w:bCs/>
          <w:sz w:val="20"/>
          <w:szCs w:val="20"/>
          <w:lang w:val="pl-PL"/>
        </w:rPr>
        <w:t>Organizator:</w:t>
      </w:r>
      <w:r w:rsidRPr="002E4C0F">
        <w:rPr>
          <w:rFonts w:ascii="Verdana" w:hAnsi="Verdana"/>
          <w:lang w:val="pl-PL"/>
        </w:rPr>
        <w:t xml:space="preserve"> </w:t>
      </w:r>
      <w:r w:rsidRPr="002E4C0F">
        <w:rPr>
          <w:rFonts w:ascii="Verdana" w:hAnsi="Verdana"/>
          <w:sz w:val="20"/>
          <w:szCs w:val="20"/>
          <w:lang w:val="pl-PL"/>
        </w:rPr>
        <w:t>Sieć Badawcza Łukasiewicz – Instytut Nowych Syntez Chemicznych</w:t>
      </w:r>
    </w:p>
    <w:p w14:paraId="68E225B6" w14:textId="77777777" w:rsidR="002E4C0F" w:rsidRPr="002E4C0F" w:rsidRDefault="002E4C0F" w:rsidP="002E4C0F">
      <w:pPr>
        <w:jc w:val="both"/>
        <w:rPr>
          <w:rFonts w:ascii="Verdana" w:hAnsi="Verdana"/>
          <w:sz w:val="20"/>
          <w:szCs w:val="20"/>
          <w:lang w:val="pl-PL"/>
        </w:rPr>
      </w:pPr>
    </w:p>
    <w:p w14:paraId="6D5D65A5" w14:textId="77777777" w:rsidR="00DE498F" w:rsidRPr="002E4C0F" w:rsidRDefault="005E1627" w:rsidP="002E4C0F">
      <w:pPr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Przetarg obejmuje dwie odrębne licytacje. Zgłoszenie może dotyczyć jednej albo obu licytacji.</w:t>
      </w:r>
    </w:p>
    <w:p w14:paraId="3311685F" w14:textId="77777777" w:rsidR="00DE498F" w:rsidRPr="002E4C0F" w:rsidRDefault="005E1627">
      <w:pPr>
        <w:pStyle w:val="SectionH"/>
        <w:keepNext/>
        <w:rPr>
          <w:rFonts w:ascii="Verdana" w:hAnsi="Verdana"/>
          <w:sz w:val="20"/>
          <w:szCs w:val="20"/>
          <w:u w:val="single"/>
        </w:rPr>
      </w:pPr>
      <w:r w:rsidRPr="002E4C0F">
        <w:rPr>
          <w:rFonts w:ascii="Verdana" w:hAnsi="Verdana"/>
          <w:sz w:val="20"/>
          <w:szCs w:val="20"/>
          <w:u w:val="single"/>
        </w:rPr>
        <w:t>A. Dane uczestnika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6513"/>
      </w:tblGrid>
      <w:tr w:rsidR="00DE498F" w:rsidRPr="004C1DA2" w14:paraId="02B0A3D3" w14:textId="77777777" w:rsidTr="002E4C0F">
        <w:trPr>
          <w:trHeight w:val="1033"/>
          <w:jc w:val="center"/>
        </w:trPr>
        <w:tc>
          <w:tcPr>
            <w:tcW w:w="31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DE0E6" w14:textId="77777777" w:rsidR="00DE498F" w:rsidRPr="002E4C0F" w:rsidRDefault="005E1627">
            <w:pPr>
              <w:rPr>
                <w:rFonts w:ascii="Verdana" w:hAnsi="Verdana"/>
                <w:lang w:val="pl-PL"/>
              </w:rPr>
            </w:pPr>
            <w:r w:rsidRPr="002E4C0F">
              <w:rPr>
                <w:rFonts w:ascii="Verdana" w:hAnsi="Verdana"/>
                <w:b/>
                <w:sz w:val="19"/>
                <w:lang w:val="pl-PL"/>
              </w:rPr>
              <w:t>Imię i nazwisko / firma / nazwa</w:t>
            </w:r>
          </w:p>
        </w:tc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9AFF9" w14:textId="78FE051E" w:rsidR="00DE498F" w:rsidRPr="002E4C0F" w:rsidRDefault="00DE498F">
            <w:pPr>
              <w:rPr>
                <w:rFonts w:ascii="Verdana" w:hAnsi="Verdana"/>
                <w:lang w:val="pl-PL"/>
              </w:rPr>
            </w:pPr>
          </w:p>
        </w:tc>
      </w:tr>
      <w:tr w:rsidR="00DE498F" w:rsidRPr="002E4C0F" w14:paraId="2BCDE026" w14:textId="77777777" w:rsidTr="002E4C0F">
        <w:trPr>
          <w:trHeight w:val="960"/>
          <w:jc w:val="center"/>
        </w:trPr>
        <w:tc>
          <w:tcPr>
            <w:tcW w:w="31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98A40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 xml:space="preserve">Adres </w:t>
            </w:r>
            <w:proofErr w:type="spellStart"/>
            <w:r w:rsidRPr="002E4C0F">
              <w:rPr>
                <w:rFonts w:ascii="Verdana" w:hAnsi="Verdana"/>
                <w:b/>
                <w:sz w:val="19"/>
              </w:rPr>
              <w:t>zamieszkania</w:t>
            </w:r>
            <w:proofErr w:type="spellEnd"/>
            <w:r w:rsidRPr="002E4C0F">
              <w:rPr>
                <w:rFonts w:ascii="Verdana" w:hAnsi="Verdana"/>
                <w:b/>
                <w:sz w:val="19"/>
              </w:rPr>
              <w:t xml:space="preserve"> / </w:t>
            </w:r>
            <w:proofErr w:type="spellStart"/>
            <w:r w:rsidRPr="002E4C0F">
              <w:rPr>
                <w:rFonts w:ascii="Verdana" w:hAnsi="Verdana"/>
                <w:b/>
                <w:sz w:val="19"/>
              </w:rPr>
              <w:t>siedziba</w:t>
            </w:r>
            <w:proofErr w:type="spellEnd"/>
          </w:p>
        </w:tc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9A6B9" w14:textId="441747B5" w:rsidR="00DE498F" w:rsidRPr="002E4C0F" w:rsidRDefault="00DE498F">
            <w:pPr>
              <w:rPr>
                <w:rFonts w:ascii="Verdana" w:hAnsi="Verdana"/>
              </w:rPr>
            </w:pPr>
          </w:p>
        </w:tc>
      </w:tr>
      <w:tr w:rsidR="00DE498F" w:rsidRPr="002E4C0F" w14:paraId="6E543E66" w14:textId="77777777" w:rsidTr="002E4C0F">
        <w:trPr>
          <w:trHeight w:val="825"/>
          <w:jc w:val="center"/>
        </w:trPr>
        <w:tc>
          <w:tcPr>
            <w:tcW w:w="31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CDC96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PESEL (</w:t>
            </w:r>
            <w:proofErr w:type="spellStart"/>
            <w:r w:rsidRPr="002E4C0F">
              <w:rPr>
                <w:rFonts w:ascii="Verdana" w:hAnsi="Verdana"/>
                <w:b/>
                <w:sz w:val="19"/>
              </w:rPr>
              <w:t>jeżeli</w:t>
            </w:r>
            <w:proofErr w:type="spellEnd"/>
            <w:r w:rsidRPr="002E4C0F">
              <w:rPr>
                <w:rFonts w:ascii="Verdana" w:hAnsi="Verdana"/>
                <w:b/>
                <w:sz w:val="19"/>
              </w:rPr>
              <w:t xml:space="preserve"> </w:t>
            </w:r>
            <w:proofErr w:type="spellStart"/>
            <w:r w:rsidRPr="002E4C0F">
              <w:rPr>
                <w:rFonts w:ascii="Verdana" w:hAnsi="Verdana"/>
                <w:b/>
                <w:sz w:val="19"/>
              </w:rPr>
              <w:t>dotyczy</w:t>
            </w:r>
            <w:proofErr w:type="spellEnd"/>
            <w:r w:rsidRPr="002E4C0F">
              <w:rPr>
                <w:rFonts w:ascii="Verdana" w:hAnsi="Verdana"/>
                <w:b/>
                <w:sz w:val="19"/>
              </w:rPr>
              <w:t>)</w:t>
            </w:r>
          </w:p>
        </w:tc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7249C" w14:textId="4C26D5AD" w:rsidR="00DE498F" w:rsidRPr="002E4C0F" w:rsidRDefault="00DE498F">
            <w:pPr>
              <w:rPr>
                <w:rFonts w:ascii="Verdana" w:hAnsi="Verdana"/>
              </w:rPr>
            </w:pPr>
          </w:p>
        </w:tc>
      </w:tr>
      <w:tr w:rsidR="00DE498F" w:rsidRPr="002E4C0F" w14:paraId="700DA06F" w14:textId="77777777" w:rsidTr="002E4C0F">
        <w:trPr>
          <w:trHeight w:val="820"/>
          <w:jc w:val="center"/>
        </w:trPr>
        <w:tc>
          <w:tcPr>
            <w:tcW w:w="31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AC511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NIP / REGON / KRS (odpowiednio)</w:t>
            </w:r>
          </w:p>
        </w:tc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6FA50" w14:textId="08E02F68" w:rsidR="00DE498F" w:rsidRPr="002E4C0F" w:rsidRDefault="00DE498F">
            <w:pPr>
              <w:rPr>
                <w:rFonts w:ascii="Verdana" w:hAnsi="Verdana"/>
              </w:rPr>
            </w:pPr>
          </w:p>
        </w:tc>
      </w:tr>
      <w:tr w:rsidR="00DE498F" w:rsidRPr="002E4C0F" w14:paraId="481E7912" w14:textId="77777777" w:rsidTr="002E4C0F">
        <w:trPr>
          <w:trHeight w:val="537"/>
          <w:jc w:val="center"/>
        </w:trPr>
        <w:tc>
          <w:tcPr>
            <w:tcW w:w="31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0A634" w14:textId="77777777" w:rsidR="00DE498F" w:rsidRPr="002E4C0F" w:rsidRDefault="005E1627">
            <w:pPr>
              <w:rPr>
                <w:rFonts w:ascii="Verdana" w:hAnsi="Verdana"/>
              </w:rPr>
            </w:pPr>
            <w:proofErr w:type="spellStart"/>
            <w:r w:rsidRPr="002E4C0F">
              <w:rPr>
                <w:rFonts w:ascii="Verdana" w:hAnsi="Verdana"/>
                <w:b/>
                <w:sz w:val="19"/>
              </w:rPr>
              <w:t>Telefon</w:t>
            </w:r>
            <w:proofErr w:type="spellEnd"/>
          </w:p>
        </w:tc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4F7AD" w14:textId="1B876F4B" w:rsidR="00DE498F" w:rsidRPr="002E4C0F" w:rsidRDefault="00DE498F">
            <w:pPr>
              <w:rPr>
                <w:rFonts w:ascii="Verdana" w:hAnsi="Verdana"/>
              </w:rPr>
            </w:pPr>
          </w:p>
        </w:tc>
      </w:tr>
      <w:tr w:rsidR="00DE498F" w:rsidRPr="002E4C0F" w14:paraId="3CDF3CB8" w14:textId="77777777" w:rsidTr="002E4C0F">
        <w:trPr>
          <w:trHeight w:val="678"/>
          <w:jc w:val="center"/>
        </w:trPr>
        <w:tc>
          <w:tcPr>
            <w:tcW w:w="31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77D7B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E-mail</w:t>
            </w:r>
          </w:p>
        </w:tc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5BEA3" w14:textId="13C6A3BB" w:rsidR="00DE498F" w:rsidRPr="002E4C0F" w:rsidRDefault="00DE498F">
            <w:pPr>
              <w:rPr>
                <w:rFonts w:ascii="Verdana" w:hAnsi="Verdana"/>
              </w:rPr>
            </w:pPr>
          </w:p>
        </w:tc>
      </w:tr>
    </w:tbl>
    <w:p w14:paraId="5B293FF3" w14:textId="77777777" w:rsidR="00DE498F" w:rsidRPr="002E4C0F" w:rsidRDefault="005E1627">
      <w:pPr>
        <w:pStyle w:val="SectionH"/>
        <w:keepNext/>
        <w:rPr>
          <w:rFonts w:ascii="Verdana" w:hAnsi="Verdana"/>
          <w:sz w:val="20"/>
          <w:szCs w:val="20"/>
          <w:u w:val="single"/>
        </w:rPr>
      </w:pPr>
      <w:r w:rsidRPr="002E4C0F">
        <w:rPr>
          <w:rFonts w:ascii="Verdana" w:hAnsi="Verdana"/>
          <w:sz w:val="20"/>
          <w:szCs w:val="20"/>
          <w:u w:val="single"/>
        </w:rPr>
        <w:t>B. Reprezentacja</w:t>
      </w:r>
    </w:p>
    <w:p w14:paraId="588736B3" w14:textId="77777777" w:rsidR="00DE498F" w:rsidRPr="002E4C0F" w:rsidRDefault="005E1627">
      <w:pPr>
        <w:spacing w:after="40"/>
        <w:ind w:left="340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uczestnik dzia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a osobi</w:t>
      </w:r>
      <w:r w:rsidRPr="002E4C0F">
        <w:rPr>
          <w:rFonts w:ascii="Verdana" w:hAnsi="Verdana" w:cs="Verdana"/>
          <w:sz w:val="20"/>
          <w:szCs w:val="20"/>
          <w:lang w:val="pl-PL"/>
        </w:rPr>
        <w:t>ś</w:t>
      </w:r>
      <w:r w:rsidRPr="002E4C0F">
        <w:rPr>
          <w:rFonts w:ascii="Verdana" w:hAnsi="Verdana"/>
          <w:sz w:val="20"/>
          <w:szCs w:val="20"/>
          <w:lang w:val="pl-PL"/>
        </w:rPr>
        <w:t>cie / we w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asnym imieniu</w:t>
      </w:r>
    </w:p>
    <w:p w14:paraId="564A60AB" w14:textId="77777777" w:rsidR="00DE498F" w:rsidRPr="002E4C0F" w:rsidRDefault="005E1627" w:rsidP="002E4C0F">
      <w:pPr>
        <w:spacing w:after="120"/>
        <w:ind w:left="340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uczestnik jest reprezentowany przez organ / pe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nomocnika</w:t>
      </w:r>
    </w:p>
    <w:p w14:paraId="7E6B72AF" w14:textId="77777777" w:rsidR="00DE498F" w:rsidRPr="002E4C0F" w:rsidRDefault="005E1627">
      <w:pPr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Imię i nazwisko osoby działającej w imieniu uczestnika: ……………………………………………………………………………………</w:t>
      </w:r>
    </w:p>
    <w:p w14:paraId="7B1B995C" w14:textId="77777777" w:rsidR="00DE498F" w:rsidRPr="002E4C0F" w:rsidRDefault="005E1627">
      <w:pPr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Podstawa umocowania: ………………………………………………………………………………………………………………………………………</w:t>
      </w:r>
    </w:p>
    <w:p w14:paraId="6CD74CF0" w14:textId="77777777" w:rsidR="00DE498F" w:rsidRPr="002E4C0F" w:rsidRDefault="005E1627">
      <w:pPr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 xml:space="preserve">Dokument potwierdzający umocowanie: </w:t>
      </w: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za</w:t>
      </w:r>
      <w:r w:rsidRPr="002E4C0F">
        <w:rPr>
          <w:rFonts w:ascii="Verdana" w:hAnsi="Verdana" w:cs="Verdana"/>
          <w:sz w:val="20"/>
          <w:szCs w:val="20"/>
          <w:lang w:val="pl-PL"/>
        </w:rPr>
        <w:t>łą</w:t>
      </w:r>
      <w:r w:rsidRPr="002E4C0F">
        <w:rPr>
          <w:rFonts w:ascii="Verdana" w:hAnsi="Verdana"/>
          <w:sz w:val="20"/>
          <w:szCs w:val="20"/>
          <w:lang w:val="pl-PL"/>
        </w:rPr>
        <w:t xml:space="preserve">czono   </w:t>
      </w: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okazano przy rejestracji</w:t>
      </w:r>
    </w:p>
    <w:p w14:paraId="1AAF9065" w14:textId="77777777" w:rsidR="00DE498F" w:rsidRPr="002E4C0F" w:rsidRDefault="005E1627">
      <w:pPr>
        <w:pStyle w:val="SectionH"/>
        <w:keepNext/>
        <w:rPr>
          <w:rFonts w:ascii="Verdana" w:hAnsi="Verdana"/>
          <w:sz w:val="20"/>
          <w:szCs w:val="20"/>
          <w:u w:val="single"/>
          <w:lang w:val="pl-PL"/>
        </w:rPr>
      </w:pPr>
      <w:r w:rsidRPr="002E4C0F">
        <w:rPr>
          <w:rFonts w:ascii="Verdana" w:hAnsi="Verdana"/>
          <w:sz w:val="20"/>
          <w:szCs w:val="20"/>
          <w:u w:val="single"/>
          <w:lang w:val="pl-PL"/>
        </w:rPr>
        <w:t>C. Licytacja / licytacje, do których uczestnik przystępuje</w:t>
      </w:r>
    </w:p>
    <w:p w14:paraId="5C433A3F" w14:textId="77777777" w:rsidR="00DE498F" w:rsidRPr="002E4C0F" w:rsidRDefault="005E1627">
      <w:pPr>
        <w:spacing w:after="40"/>
        <w:ind w:left="340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proofErr w:type="spellStart"/>
      <w:r w:rsidRPr="002E4C0F">
        <w:rPr>
          <w:rFonts w:ascii="Verdana" w:hAnsi="Verdana"/>
          <w:sz w:val="20"/>
          <w:szCs w:val="20"/>
          <w:lang w:val="pl-PL"/>
        </w:rPr>
        <w:t>Massey</w:t>
      </w:r>
      <w:proofErr w:type="spellEnd"/>
      <w:r w:rsidRPr="002E4C0F">
        <w:rPr>
          <w:rFonts w:ascii="Verdana" w:hAnsi="Verdana"/>
          <w:sz w:val="20"/>
          <w:szCs w:val="20"/>
          <w:lang w:val="pl-PL"/>
        </w:rPr>
        <w:t xml:space="preserve"> Ferguson 8740 </w:t>
      </w:r>
      <w:r w:rsidRPr="002E4C0F">
        <w:rPr>
          <w:rFonts w:ascii="Verdana" w:hAnsi="Verdana" w:cs="Verdana"/>
          <w:sz w:val="20"/>
          <w:szCs w:val="20"/>
          <w:lang w:val="pl-PL"/>
        </w:rPr>
        <w:t>–</w:t>
      </w:r>
      <w:r w:rsidRPr="002E4C0F">
        <w:rPr>
          <w:rFonts w:ascii="Verdana" w:hAnsi="Verdana"/>
          <w:sz w:val="20"/>
          <w:szCs w:val="20"/>
          <w:lang w:val="pl-PL"/>
        </w:rPr>
        <w:t xml:space="preserve"> cena wywo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awcza 422 000,00 z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 xml:space="preserve"> brutto; wadium 42 200,00 z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</w:p>
    <w:p w14:paraId="1A1E6EA3" w14:textId="77777777" w:rsidR="00DE498F" w:rsidRPr="002E4C0F" w:rsidRDefault="005E1627" w:rsidP="002E4C0F">
      <w:pPr>
        <w:spacing w:after="120"/>
        <w:ind w:left="340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proofErr w:type="spellStart"/>
      <w:r w:rsidRPr="002E4C0F">
        <w:rPr>
          <w:rFonts w:ascii="Verdana" w:hAnsi="Verdana"/>
          <w:sz w:val="20"/>
          <w:szCs w:val="20"/>
          <w:lang w:val="pl-PL"/>
        </w:rPr>
        <w:t>Massey</w:t>
      </w:r>
      <w:proofErr w:type="spellEnd"/>
      <w:r w:rsidRPr="002E4C0F">
        <w:rPr>
          <w:rFonts w:ascii="Verdana" w:hAnsi="Verdana"/>
          <w:sz w:val="20"/>
          <w:szCs w:val="20"/>
          <w:lang w:val="pl-PL"/>
        </w:rPr>
        <w:t xml:space="preserve"> Ferguson 8730 </w:t>
      </w:r>
      <w:r w:rsidRPr="002E4C0F">
        <w:rPr>
          <w:rFonts w:ascii="Verdana" w:hAnsi="Verdana" w:cs="Verdana"/>
          <w:sz w:val="20"/>
          <w:szCs w:val="20"/>
          <w:lang w:val="pl-PL"/>
        </w:rPr>
        <w:t>–</w:t>
      </w:r>
      <w:r w:rsidRPr="002E4C0F">
        <w:rPr>
          <w:rFonts w:ascii="Verdana" w:hAnsi="Verdana"/>
          <w:sz w:val="20"/>
          <w:szCs w:val="20"/>
          <w:lang w:val="pl-PL"/>
        </w:rPr>
        <w:t xml:space="preserve"> cena wywo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awcza 378 000,00 z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 xml:space="preserve"> brutto; wadium 37 800,00 z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</w:p>
    <w:p w14:paraId="1C871E56" w14:textId="77777777" w:rsidR="00DE498F" w:rsidRPr="002E4C0F" w:rsidRDefault="005E1627">
      <w:pPr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Potwierdzenie wniesienia wadium:</w:t>
      </w:r>
    </w:p>
    <w:p w14:paraId="06A388C9" w14:textId="77777777" w:rsidR="00DE498F" w:rsidRPr="002E4C0F" w:rsidRDefault="005E1627">
      <w:pPr>
        <w:spacing w:after="40"/>
        <w:ind w:left="340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dla </w:t>
      </w:r>
      <w:proofErr w:type="spellStart"/>
      <w:r w:rsidRPr="002E4C0F">
        <w:rPr>
          <w:rFonts w:ascii="Verdana" w:hAnsi="Verdana"/>
          <w:sz w:val="20"/>
          <w:szCs w:val="20"/>
          <w:lang w:val="pl-PL"/>
        </w:rPr>
        <w:t>Massey</w:t>
      </w:r>
      <w:proofErr w:type="spellEnd"/>
      <w:r w:rsidRPr="002E4C0F">
        <w:rPr>
          <w:rFonts w:ascii="Verdana" w:hAnsi="Verdana"/>
          <w:sz w:val="20"/>
          <w:szCs w:val="20"/>
          <w:lang w:val="pl-PL"/>
        </w:rPr>
        <w:t xml:space="preserve"> Ferguson 8740 </w:t>
      </w:r>
      <w:r w:rsidRPr="002E4C0F">
        <w:rPr>
          <w:rFonts w:ascii="Verdana" w:hAnsi="Verdana" w:cs="Verdana"/>
          <w:sz w:val="20"/>
          <w:szCs w:val="20"/>
          <w:lang w:val="pl-PL"/>
        </w:rPr>
        <w:t>–</w:t>
      </w:r>
      <w:r w:rsidRPr="002E4C0F">
        <w:rPr>
          <w:rFonts w:ascii="Verdana" w:hAnsi="Verdana"/>
          <w:sz w:val="20"/>
          <w:szCs w:val="20"/>
          <w:lang w:val="pl-PL"/>
        </w:rPr>
        <w:t xml:space="preserve"> za</w:t>
      </w:r>
      <w:r w:rsidRPr="002E4C0F">
        <w:rPr>
          <w:rFonts w:ascii="Verdana" w:hAnsi="Verdana" w:cs="Verdana"/>
          <w:sz w:val="20"/>
          <w:szCs w:val="20"/>
          <w:lang w:val="pl-PL"/>
        </w:rPr>
        <w:t>łą</w:t>
      </w:r>
      <w:r w:rsidRPr="002E4C0F">
        <w:rPr>
          <w:rFonts w:ascii="Verdana" w:hAnsi="Verdana"/>
          <w:sz w:val="20"/>
          <w:szCs w:val="20"/>
          <w:lang w:val="pl-PL"/>
        </w:rPr>
        <w:t>czono potwierdzenie przelewu</w:t>
      </w:r>
    </w:p>
    <w:p w14:paraId="4AC33BB2" w14:textId="77777777" w:rsidR="00DE498F" w:rsidRPr="002E4C0F" w:rsidRDefault="005E1627" w:rsidP="002E4C0F">
      <w:pPr>
        <w:spacing w:after="120"/>
        <w:ind w:left="340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dla </w:t>
      </w:r>
      <w:proofErr w:type="spellStart"/>
      <w:r w:rsidRPr="002E4C0F">
        <w:rPr>
          <w:rFonts w:ascii="Verdana" w:hAnsi="Verdana"/>
          <w:sz w:val="20"/>
          <w:szCs w:val="20"/>
          <w:lang w:val="pl-PL"/>
        </w:rPr>
        <w:t>Massey</w:t>
      </w:r>
      <w:proofErr w:type="spellEnd"/>
      <w:r w:rsidRPr="002E4C0F">
        <w:rPr>
          <w:rFonts w:ascii="Verdana" w:hAnsi="Verdana"/>
          <w:sz w:val="20"/>
          <w:szCs w:val="20"/>
          <w:lang w:val="pl-PL"/>
        </w:rPr>
        <w:t xml:space="preserve"> Ferguson 8730 – załączono potwierdzenie przelewu</w:t>
      </w:r>
    </w:p>
    <w:p w14:paraId="3ED5E9BD" w14:textId="77777777" w:rsidR="00DE498F" w:rsidRPr="002E4C0F" w:rsidRDefault="005E1627">
      <w:pPr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Rachunek bankowy do zwrotu wadium: ………………………………………………………………………………………………………………………</w:t>
      </w:r>
    </w:p>
    <w:p w14:paraId="2F74DBD7" w14:textId="77777777" w:rsidR="00DE498F" w:rsidRPr="002E4C0F" w:rsidRDefault="005E1627">
      <w:pPr>
        <w:pStyle w:val="SectionH"/>
        <w:keepNext/>
        <w:spacing w:after="80"/>
        <w:rPr>
          <w:rFonts w:ascii="Verdana" w:hAnsi="Verdana"/>
          <w:bCs/>
          <w:sz w:val="20"/>
          <w:szCs w:val="20"/>
          <w:u w:val="single"/>
          <w:lang w:val="pl-PL"/>
        </w:rPr>
      </w:pPr>
      <w:r w:rsidRPr="002E4C0F">
        <w:rPr>
          <w:rFonts w:ascii="Verdana" w:hAnsi="Verdana"/>
          <w:bCs/>
          <w:sz w:val="20"/>
          <w:szCs w:val="20"/>
          <w:u w:val="single"/>
          <w:lang w:val="pl-PL"/>
        </w:rPr>
        <w:lastRenderedPageBreak/>
        <w:t>D. Status uczestnika i cel nabycia</w:t>
      </w:r>
    </w:p>
    <w:p w14:paraId="31229B53" w14:textId="4FA3BAFF" w:rsidR="00DE498F" w:rsidRPr="002E4C0F" w:rsidRDefault="005E1627" w:rsidP="002E4C0F">
      <w:pPr>
        <w:spacing w:after="40"/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 xml:space="preserve">Ta część służy wyłącznie ustaleniu zasad, które będą miały zastosowanie przy sprzedaży. </w:t>
      </w:r>
      <w:r w:rsidR="002E4C0F">
        <w:rPr>
          <w:rFonts w:ascii="Verdana" w:hAnsi="Verdana"/>
          <w:sz w:val="20"/>
          <w:szCs w:val="20"/>
          <w:lang w:val="pl-PL"/>
        </w:rPr>
        <w:br/>
      </w:r>
      <w:r w:rsidRPr="002E4C0F">
        <w:rPr>
          <w:rFonts w:ascii="Verdana" w:hAnsi="Verdana"/>
          <w:sz w:val="20"/>
          <w:szCs w:val="20"/>
          <w:lang w:val="pl-PL"/>
        </w:rPr>
        <w:t>Nie wpływa na możliwość udziału w Przetargu ani na wynik licytacji.</w:t>
      </w:r>
    </w:p>
    <w:p w14:paraId="17AD9F4A" w14:textId="77777777" w:rsidR="00DE498F" w:rsidRDefault="005E1627">
      <w:pPr>
        <w:spacing w:after="40"/>
        <w:ind w:left="227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uczestnik nie jest osob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 xml:space="preserve"> fizyczn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 xml:space="preserve"> (np. sp</w:t>
      </w:r>
      <w:r w:rsidRPr="002E4C0F">
        <w:rPr>
          <w:rFonts w:ascii="Verdana" w:hAnsi="Verdana" w:cs="Verdana"/>
          <w:sz w:val="20"/>
          <w:szCs w:val="20"/>
          <w:lang w:val="pl-PL"/>
        </w:rPr>
        <w:t>ół</w:t>
      </w:r>
      <w:r w:rsidRPr="002E4C0F">
        <w:rPr>
          <w:rFonts w:ascii="Verdana" w:hAnsi="Verdana"/>
          <w:sz w:val="20"/>
          <w:szCs w:val="20"/>
          <w:lang w:val="pl-PL"/>
        </w:rPr>
        <w:t xml:space="preserve">ka, instytucja) </w:t>
      </w:r>
      <w:r w:rsidRPr="002E4C0F">
        <w:rPr>
          <w:rFonts w:ascii="Verdana" w:hAnsi="Verdana" w:cs="Verdana"/>
          <w:sz w:val="20"/>
          <w:szCs w:val="20"/>
          <w:lang w:val="pl-PL"/>
        </w:rPr>
        <w:t>–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Verdana" w:hAnsi="Verdana"/>
          <w:i/>
          <w:iCs/>
          <w:sz w:val="20"/>
          <w:szCs w:val="20"/>
          <w:lang w:val="pl-PL"/>
        </w:rPr>
        <w:t>dalszej cz</w:t>
      </w:r>
      <w:r w:rsidRPr="002E4C0F">
        <w:rPr>
          <w:rFonts w:ascii="Verdana" w:hAnsi="Verdana" w:cs="Verdana"/>
          <w:i/>
          <w:iCs/>
          <w:sz w:val="20"/>
          <w:szCs w:val="20"/>
          <w:lang w:val="pl-PL"/>
        </w:rPr>
        <w:t>ęś</w:t>
      </w:r>
      <w:r w:rsidRPr="002E4C0F">
        <w:rPr>
          <w:rFonts w:ascii="Verdana" w:hAnsi="Verdana"/>
          <w:i/>
          <w:iCs/>
          <w:sz w:val="20"/>
          <w:szCs w:val="20"/>
          <w:lang w:val="pl-PL"/>
        </w:rPr>
        <w:t>ci D nie wype</w:t>
      </w:r>
      <w:r w:rsidRPr="002E4C0F">
        <w:rPr>
          <w:rFonts w:ascii="Verdana" w:hAnsi="Verdana" w:cs="Verdana"/>
          <w:i/>
          <w:iCs/>
          <w:sz w:val="20"/>
          <w:szCs w:val="20"/>
          <w:lang w:val="pl-PL"/>
        </w:rPr>
        <w:t>ł</w:t>
      </w:r>
      <w:r w:rsidRPr="002E4C0F">
        <w:rPr>
          <w:rFonts w:ascii="Verdana" w:hAnsi="Verdana"/>
          <w:i/>
          <w:iCs/>
          <w:sz w:val="20"/>
          <w:szCs w:val="20"/>
          <w:lang w:val="pl-PL"/>
        </w:rPr>
        <w:t>nia.</w:t>
      </w:r>
    </w:p>
    <w:p w14:paraId="420CEFE9" w14:textId="77777777" w:rsidR="002E4C0F" w:rsidRPr="002E4C0F" w:rsidRDefault="002E4C0F">
      <w:pPr>
        <w:spacing w:after="40"/>
        <w:ind w:left="227"/>
        <w:rPr>
          <w:rFonts w:ascii="Verdana" w:hAnsi="Verdana"/>
          <w:sz w:val="20"/>
          <w:szCs w:val="20"/>
          <w:lang w:val="pl-PL"/>
        </w:rPr>
      </w:pPr>
    </w:p>
    <w:p w14:paraId="7AC48F14" w14:textId="77777777" w:rsidR="00DE498F" w:rsidRPr="002E4C0F" w:rsidRDefault="005E1627" w:rsidP="002E4C0F">
      <w:pPr>
        <w:spacing w:after="120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Jeżeli uczestnik jest osobą fizyczną, zaznacza wariant najlepiej opisujący cel zakupu:</w:t>
      </w:r>
    </w:p>
    <w:p w14:paraId="61B1F11E" w14:textId="77777777" w:rsidR="00DE498F" w:rsidRPr="002E4C0F" w:rsidRDefault="005E1627">
      <w:pPr>
        <w:spacing w:after="40"/>
        <w:ind w:left="227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1. KUPUJ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Ę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 xml:space="preserve"> PRYWATNIE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Verdana" w:hAnsi="Verdana" w:cs="Verdana"/>
          <w:sz w:val="20"/>
          <w:szCs w:val="20"/>
          <w:lang w:val="pl-PL"/>
        </w:rPr>
        <w:t>–</w:t>
      </w:r>
      <w:r w:rsidRPr="002E4C0F">
        <w:rPr>
          <w:rFonts w:ascii="Verdana" w:hAnsi="Verdana"/>
          <w:sz w:val="20"/>
          <w:szCs w:val="20"/>
          <w:lang w:val="pl-PL"/>
        </w:rPr>
        <w:t xml:space="preserve"> ci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>gnik nie b</w:t>
      </w:r>
      <w:r w:rsidRPr="002E4C0F">
        <w:rPr>
          <w:rFonts w:ascii="Verdana" w:hAnsi="Verdana" w:cs="Verdana"/>
          <w:sz w:val="20"/>
          <w:szCs w:val="20"/>
          <w:lang w:val="pl-PL"/>
        </w:rPr>
        <w:t>ę</w:t>
      </w:r>
      <w:r w:rsidRPr="002E4C0F">
        <w:rPr>
          <w:rFonts w:ascii="Verdana" w:hAnsi="Verdana"/>
          <w:sz w:val="20"/>
          <w:szCs w:val="20"/>
          <w:lang w:val="pl-PL"/>
        </w:rPr>
        <w:t>dzie nabywany w bezpo</w:t>
      </w:r>
      <w:r w:rsidRPr="002E4C0F">
        <w:rPr>
          <w:rFonts w:ascii="Verdana" w:hAnsi="Verdana" w:cs="Verdana"/>
          <w:sz w:val="20"/>
          <w:szCs w:val="20"/>
          <w:lang w:val="pl-PL"/>
        </w:rPr>
        <w:t>ś</w:t>
      </w:r>
      <w:r w:rsidRPr="002E4C0F">
        <w:rPr>
          <w:rFonts w:ascii="Verdana" w:hAnsi="Verdana"/>
          <w:sz w:val="20"/>
          <w:szCs w:val="20"/>
          <w:lang w:val="pl-PL"/>
        </w:rPr>
        <w:t>rednim zwi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>zku z moj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 xml:space="preserve"> dzia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alno</w:t>
      </w:r>
      <w:r w:rsidRPr="002E4C0F">
        <w:rPr>
          <w:rFonts w:ascii="Verdana" w:hAnsi="Verdana" w:cs="Verdana"/>
          <w:sz w:val="20"/>
          <w:szCs w:val="20"/>
          <w:lang w:val="pl-PL"/>
        </w:rPr>
        <w:t>ś</w:t>
      </w:r>
      <w:r w:rsidRPr="002E4C0F">
        <w:rPr>
          <w:rFonts w:ascii="Verdana" w:hAnsi="Verdana"/>
          <w:sz w:val="20"/>
          <w:szCs w:val="20"/>
          <w:lang w:val="pl-PL"/>
        </w:rPr>
        <w:t>ci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 xml:space="preserve"> gospodarcz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 xml:space="preserve"> ani zawodow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>.</w:t>
      </w:r>
    </w:p>
    <w:p w14:paraId="027BF9AC" w14:textId="77777777" w:rsidR="00DE498F" w:rsidRPr="002E4C0F" w:rsidRDefault="005E1627" w:rsidP="002E4C0F">
      <w:pPr>
        <w:spacing w:after="40"/>
        <w:ind w:left="227"/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2. KUPUJ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Ę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 xml:space="preserve"> DO PROWADZONEJ DZIA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Ł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ALNO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Ś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CI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Verdana" w:hAnsi="Verdana" w:cs="Verdana"/>
          <w:sz w:val="20"/>
          <w:szCs w:val="20"/>
          <w:lang w:val="pl-PL"/>
        </w:rPr>
        <w:t>–</w:t>
      </w:r>
      <w:r w:rsidRPr="002E4C0F">
        <w:rPr>
          <w:rFonts w:ascii="Verdana" w:hAnsi="Verdana"/>
          <w:sz w:val="20"/>
          <w:szCs w:val="20"/>
          <w:lang w:val="pl-PL"/>
        </w:rPr>
        <w:t xml:space="preserve"> ci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>gnik b</w:t>
      </w:r>
      <w:r w:rsidRPr="002E4C0F">
        <w:rPr>
          <w:rFonts w:ascii="Verdana" w:hAnsi="Verdana" w:cs="Verdana"/>
          <w:sz w:val="20"/>
          <w:szCs w:val="20"/>
          <w:lang w:val="pl-PL"/>
        </w:rPr>
        <w:t>ę</w:t>
      </w:r>
      <w:r w:rsidRPr="002E4C0F">
        <w:rPr>
          <w:rFonts w:ascii="Verdana" w:hAnsi="Verdana"/>
          <w:sz w:val="20"/>
          <w:szCs w:val="20"/>
          <w:lang w:val="pl-PL"/>
        </w:rPr>
        <w:t>dzie wykorzystywany w mojej w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asnej dzia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alno</w:t>
      </w:r>
      <w:r w:rsidRPr="002E4C0F">
        <w:rPr>
          <w:rFonts w:ascii="Verdana" w:hAnsi="Verdana" w:cs="Verdana"/>
          <w:sz w:val="20"/>
          <w:szCs w:val="20"/>
          <w:lang w:val="pl-PL"/>
        </w:rPr>
        <w:t>ś</w:t>
      </w:r>
      <w:r w:rsidRPr="002E4C0F">
        <w:rPr>
          <w:rFonts w:ascii="Verdana" w:hAnsi="Verdana"/>
          <w:sz w:val="20"/>
          <w:szCs w:val="20"/>
          <w:lang w:val="pl-PL"/>
        </w:rPr>
        <w:t>ci gospodarczej, w tym w gospodarstwie rolnym prowadzonym w celu produkcji lub sprzeda</w:t>
      </w:r>
      <w:r w:rsidRPr="002E4C0F">
        <w:rPr>
          <w:rFonts w:ascii="Verdana" w:hAnsi="Verdana" w:cs="Verdana"/>
          <w:sz w:val="20"/>
          <w:szCs w:val="20"/>
          <w:lang w:val="pl-PL"/>
        </w:rPr>
        <w:t>ż</w:t>
      </w:r>
      <w:r w:rsidRPr="002E4C0F">
        <w:rPr>
          <w:rFonts w:ascii="Verdana" w:hAnsi="Verdana"/>
          <w:sz w:val="20"/>
          <w:szCs w:val="20"/>
          <w:lang w:val="pl-PL"/>
        </w:rPr>
        <w:t>y.</w:t>
      </w:r>
    </w:p>
    <w:p w14:paraId="6925F2EE" w14:textId="77777777" w:rsidR="00DE498F" w:rsidRPr="002E4C0F" w:rsidRDefault="005E1627" w:rsidP="002E4C0F">
      <w:pPr>
        <w:spacing w:after="120"/>
        <w:ind w:left="227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3.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KUPUJ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Ę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 xml:space="preserve"> DO WYKONYWANEJ PRACY LUB ZAWODU, ALE NIE W RAMACH W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Ł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ASNEJ DZIA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Ł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ALNO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Ś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CI GOSPODARCZEJ</w:t>
      </w:r>
      <w:r w:rsidRPr="002E4C0F">
        <w:rPr>
          <w:rFonts w:ascii="Verdana" w:hAnsi="Verdana"/>
          <w:sz w:val="20"/>
          <w:szCs w:val="20"/>
          <w:lang w:val="pl-PL"/>
        </w:rPr>
        <w:t>.</w:t>
      </w:r>
    </w:p>
    <w:p w14:paraId="6FE57E2F" w14:textId="77777777" w:rsidR="00DE498F" w:rsidRPr="002E4C0F" w:rsidRDefault="005E1627" w:rsidP="002E4C0F">
      <w:pPr>
        <w:spacing w:after="120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Jeżeli zaznaczyłeś/-aś wariant 2, możesz – ale nie musisz – dodatkowo wskazać, czy zakup ma dla Ciebie charakter zawodowy:</w:t>
      </w:r>
    </w:p>
    <w:p w14:paraId="5226CD3B" w14:textId="77777777" w:rsidR="00DE498F" w:rsidRPr="002E4C0F" w:rsidRDefault="005E1627">
      <w:pPr>
        <w:spacing w:after="20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Umowa sprzedaży ciągnika:</w:t>
      </w:r>
    </w:p>
    <w:p w14:paraId="359C2986" w14:textId="77777777" w:rsidR="00DE498F" w:rsidRPr="002E4C0F" w:rsidRDefault="005E1627">
      <w:pPr>
        <w:spacing w:after="20"/>
        <w:ind w:left="227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 xml:space="preserve">TAK 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–</w:t>
      </w:r>
      <w:r w:rsidRPr="002E4C0F">
        <w:rPr>
          <w:rFonts w:ascii="Verdana" w:hAnsi="Verdana"/>
          <w:sz w:val="20"/>
          <w:szCs w:val="20"/>
          <w:lang w:val="pl-PL"/>
        </w:rPr>
        <w:t xml:space="preserve"> zakup ma dla mnie charakter zawodowy, poniewa</w:t>
      </w:r>
      <w:r w:rsidRPr="002E4C0F">
        <w:rPr>
          <w:rFonts w:ascii="Verdana" w:hAnsi="Verdana" w:cs="Verdana"/>
          <w:sz w:val="20"/>
          <w:szCs w:val="20"/>
          <w:lang w:val="pl-PL"/>
        </w:rPr>
        <w:t>ż</w:t>
      </w:r>
      <w:r w:rsidRPr="002E4C0F">
        <w:rPr>
          <w:rFonts w:ascii="Verdana" w:hAnsi="Verdana"/>
          <w:sz w:val="20"/>
          <w:szCs w:val="20"/>
          <w:lang w:val="pl-PL"/>
        </w:rPr>
        <w:t xml:space="preserve"> ci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>gnik b</w:t>
      </w:r>
      <w:r w:rsidRPr="002E4C0F">
        <w:rPr>
          <w:rFonts w:ascii="Verdana" w:hAnsi="Verdana" w:cs="Verdana"/>
          <w:sz w:val="20"/>
          <w:szCs w:val="20"/>
          <w:lang w:val="pl-PL"/>
        </w:rPr>
        <w:t>ę</w:t>
      </w:r>
      <w:r w:rsidRPr="002E4C0F">
        <w:rPr>
          <w:rFonts w:ascii="Verdana" w:hAnsi="Verdana"/>
          <w:sz w:val="20"/>
          <w:szCs w:val="20"/>
          <w:lang w:val="pl-PL"/>
        </w:rPr>
        <w:t>dzie wykorzystywany do typowych lub specjalistycznych czynno</w:t>
      </w:r>
      <w:r w:rsidRPr="002E4C0F">
        <w:rPr>
          <w:rFonts w:ascii="Verdana" w:hAnsi="Verdana" w:cs="Verdana"/>
          <w:sz w:val="20"/>
          <w:szCs w:val="20"/>
          <w:lang w:val="pl-PL"/>
        </w:rPr>
        <w:t>ś</w:t>
      </w:r>
      <w:r w:rsidRPr="002E4C0F">
        <w:rPr>
          <w:rFonts w:ascii="Verdana" w:hAnsi="Verdana"/>
          <w:sz w:val="20"/>
          <w:szCs w:val="20"/>
          <w:lang w:val="pl-PL"/>
        </w:rPr>
        <w:t>ci wykonywanych w mojej dzia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alno</w:t>
      </w:r>
      <w:r w:rsidRPr="002E4C0F">
        <w:rPr>
          <w:rFonts w:ascii="Verdana" w:hAnsi="Verdana" w:cs="Verdana"/>
          <w:sz w:val="20"/>
          <w:szCs w:val="20"/>
          <w:lang w:val="pl-PL"/>
        </w:rPr>
        <w:t>ś</w:t>
      </w:r>
      <w:r w:rsidRPr="002E4C0F">
        <w:rPr>
          <w:rFonts w:ascii="Verdana" w:hAnsi="Verdana"/>
          <w:sz w:val="20"/>
          <w:szCs w:val="20"/>
          <w:lang w:val="pl-PL"/>
        </w:rPr>
        <w:t>ci;</w:t>
      </w:r>
    </w:p>
    <w:p w14:paraId="42F1D265" w14:textId="77777777" w:rsidR="00DE498F" w:rsidRPr="002E4C0F" w:rsidRDefault="005E1627">
      <w:pPr>
        <w:ind w:left="227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 xml:space="preserve">NIE </w:t>
      </w:r>
      <w:r w:rsidRPr="002E4C0F">
        <w:rPr>
          <w:rFonts w:ascii="Verdana" w:hAnsi="Verdana" w:cs="Verdana"/>
          <w:sz w:val="20"/>
          <w:szCs w:val="20"/>
          <w:lang w:val="pl-PL"/>
        </w:rPr>
        <w:t>–</w:t>
      </w:r>
      <w:r w:rsidRPr="002E4C0F">
        <w:rPr>
          <w:rFonts w:ascii="Verdana" w:hAnsi="Verdana"/>
          <w:sz w:val="20"/>
          <w:szCs w:val="20"/>
          <w:lang w:val="pl-PL"/>
        </w:rPr>
        <w:t xml:space="preserve"> zakup nie ma dla mnie charakteru zawodowego; ci</w:t>
      </w:r>
      <w:r w:rsidRPr="002E4C0F">
        <w:rPr>
          <w:rFonts w:ascii="Verdana" w:hAnsi="Verdana" w:cs="Verdana"/>
          <w:sz w:val="20"/>
          <w:szCs w:val="20"/>
          <w:lang w:val="pl-PL"/>
        </w:rPr>
        <w:t>ą</w:t>
      </w:r>
      <w:r w:rsidRPr="002E4C0F">
        <w:rPr>
          <w:rFonts w:ascii="Verdana" w:hAnsi="Verdana"/>
          <w:sz w:val="20"/>
          <w:szCs w:val="20"/>
          <w:lang w:val="pl-PL"/>
        </w:rPr>
        <w:t>gnik b</w:t>
      </w:r>
      <w:r w:rsidRPr="002E4C0F">
        <w:rPr>
          <w:rFonts w:ascii="Verdana" w:hAnsi="Verdana" w:cs="Verdana"/>
          <w:sz w:val="20"/>
          <w:szCs w:val="20"/>
          <w:lang w:val="pl-PL"/>
        </w:rPr>
        <w:t>ę</w:t>
      </w:r>
      <w:r w:rsidRPr="002E4C0F">
        <w:rPr>
          <w:rFonts w:ascii="Verdana" w:hAnsi="Verdana"/>
          <w:sz w:val="20"/>
          <w:szCs w:val="20"/>
          <w:lang w:val="pl-PL"/>
        </w:rPr>
        <w:t>dzie jedynie pomocniczo s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u</w:t>
      </w:r>
      <w:r w:rsidRPr="002E4C0F">
        <w:rPr>
          <w:rFonts w:ascii="Verdana" w:hAnsi="Verdana" w:cs="Verdana"/>
          <w:sz w:val="20"/>
          <w:szCs w:val="20"/>
          <w:lang w:val="pl-PL"/>
        </w:rPr>
        <w:t>ż</w:t>
      </w:r>
      <w:r w:rsidRPr="002E4C0F">
        <w:rPr>
          <w:rFonts w:ascii="Verdana" w:hAnsi="Verdana"/>
          <w:sz w:val="20"/>
          <w:szCs w:val="20"/>
          <w:lang w:val="pl-PL"/>
        </w:rPr>
        <w:t>y</w:t>
      </w:r>
      <w:r w:rsidRPr="002E4C0F">
        <w:rPr>
          <w:rFonts w:ascii="Verdana" w:hAnsi="Verdana" w:cs="Verdana"/>
          <w:sz w:val="20"/>
          <w:szCs w:val="20"/>
          <w:lang w:val="pl-PL"/>
        </w:rPr>
        <w:t>ć</w:t>
      </w:r>
      <w:r w:rsidRPr="002E4C0F">
        <w:rPr>
          <w:rFonts w:ascii="Verdana" w:hAnsi="Verdana"/>
          <w:sz w:val="20"/>
          <w:szCs w:val="20"/>
          <w:lang w:val="pl-PL"/>
        </w:rPr>
        <w:t xml:space="preserve"> dzia</w:t>
      </w:r>
      <w:r w:rsidRPr="002E4C0F">
        <w:rPr>
          <w:rFonts w:ascii="Verdana" w:hAnsi="Verdana" w:cs="Verdana"/>
          <w:sz w:val="20"/>
          <w:szCs w:val="20"/>
          <w:lang w:val="pl-PL"/>
        </w:rPr>
        <w:t>ł</w:t>
      </w:r>
      <w:r w:rsidRPr="002E4C0F">
        <w:rPr>
          <w:rFonts w:ascii="Verdana" w:hAnsi="Verdana"/>
          <w:sz w:val="20"/>
          <w:szCs w:val="20"/>
          <w:lang w:val="pl-PL"/>
        </w:rPr>
        <w:t>alno</w:t>
      </w:r>
      <w:r w:rsidRPr="002E4C0F">
        <w:rPr>
          <w:rFonts w:ascii="Verdana" w:hAnsi="Verdana" w:cs="Verdana"/>
          <w:sz w:val="20"/>
          <w:szCs w:val="20"/>
          <w:lang w:val="pl-PL"/>
        </w:rPr>
        <w:t>ś</w:t>
      </w:r>
      <w:r w:rsidRPr="002E4C0F">
        <w:rPr>
          <w:rFonts w:ascii="Verdana" w:hAnsi="Verdana"/>
          <w:sz w:val="20"/>
          <w:szCs w:val="20"/>
          <w:lang w:val="pl-PL"/>
        </w:rPr>
        <w:t>ci, kt</w:t>
      </w:r>
      <w:r w:rsidRPr="002E4C0F">
        <w:rPr>
          <w:rFonts w:ascii="Verdana" w:hAnsi="Verdana" w:cs="Verdana"/>
          <w:sz w:val="20"/>
          <w:szCs w:val="20"/>
          <w:lang w:val="pl-PL"/>
        </w:rPr>
        <w:t>ó</w:t>
      </w:r>
      <w:r w:rsidRPr="002E4C0F">
        <w:rPr>
          <w:rFonts w:ascii="Verdana" w:hAnsi="Verdana"/>
          <w:sz w:val="20"/>
          <w:szCs w:val="20"/>
          <w:lang w:val="pl-PL"/>
        </w:rPr>
        <w:t>rej przedmiot nie obejmuje prac wykonywanych przy u</w:t>
      </w:r>
      <w:r w:rsidRPr="002E4C0F">
        <w:rPr>
          <w:rFonts w:ascii="Verdana" w:hAnsi="Verdana" w:cs="Verdana"/>
          <w:sz w:val="20"/>
          <w:szCs w:val="20"/>
          <w:lang w:val="pl-PL"/>
        </w:rPr>
        <w:t>ż</w:t>
      </w:r>
      <w:r w:rsidRPr="002E4C0F">
        <w:rPr>
          <w:rFonts w:ascii="Verdana" w:hAnsi="Verdana"/>
          <w:sz w:val="20"/>
          <w:szCs w:val="20"/>
          <w:lang w:val="pl-PL"/>
        </w:rPr>
        <w:t xml:space="preserve">yciu takich </w:t>
      </w:r>
      <w:proofErr w:type="gramStart"/>
      <w:r w:rsidRPr="002E4C0F">
        <w:rPr>
          <w:rFonts w:ascii="Verdana" w:hAnsi="Verdana"/>
          <w:sz w:val="20"/>
          <w:szCs w:val="20"/>
          <w:lang w:val="pl-PL"/>
        </w:rPr>
        <w:t xml:space="preserve">maszyn;   </w:t>
      </w:r>
      <w:proofErr w:type="gramEnd"/>
      <w:r w:rsidRPr="002E4C0F">
        <w:rPr>
          <w:rFonts w:ascii="Verdana" w:hAnsi="Verdana"/>
          <w:sz w:val="20"/>
          <w:szCs w:val="20"/>
          <w:lang w:val="pl-PL"/>
        </w:rPr>
        <w:t xml:space="preserve"> </w:t>
      </w:r>
      <w:r w:rsidRPr="002E4C0F">
        <w:rPr>
          <w:rFonts w:ascii="Segoe UI Symbol" w:hAnsi="Segoe UI Symbol" w:cs="Segoe UI Symbol"/>
          <w:b/>
          <w:bCs/>
          <w:sz w:val="20"/>
          <w:szCs w:val="20"/>
          <w:lang w:val="pl-PL"/>
        </w:rPr>
        <w:t>☐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 xml:space="preserve"> NIE SK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Ł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ADAM O</w:t>
      </w:r>
      <w:r w:rsidRPr="002E4C0F">
        <w:rPr>
          <w:rFonts w:ascii="Verdana" w:hAnsi="Verdana" w:cs="Verdana"/>
          <w:b/>
          <w:bCs/>
          <w:sz w:val="20"/>
          <w:szCs w:val="20"/>
          <w:lang w:val="pl-PL"/>
        </w:rPr>
        <w:t>Ś</w:t>
      </w:r>
      <w:r w:rsidRPr="002E4C0F">
        <w:rPr>
          <w:rFonts w:ascii="Verdana" w:hAnsi="Verdana"/>
          <w:b/>
          <w:bCs/>
          <w:sz w:val="20"/>
          <w:szCs w:val="20"/>
          <w:lang w:val="pl-PL"/>
        </w:rPr>
        <w:t>WIADCZENIA</w:t>
      </w:r>
      <w:r w:rsidRPr="002E4C0F">
        <w:rPr>
          <w:rFonts w:ascii="Verdana" w:hAnsi="Verdana"/>
          <w:sz w:val="20"/>
          <w:szCs w:val="20"/>
          <w:lang w:val="pl-PL"/>
        </w:rPr>
        <w:t xml:space="preserve"> w tym zakresie.</w:t>
      </w:r>
    </w:p>
    <w:p w14:paraId="76BDDF8A" w14:textId="77777777" w:rsidR="002E4C0F" w:rsidRDefault="005E1627" w:rsidP="004C1DA2">
      <w:pPr>
        <w:spacing w:after="40"/>
        <w:rPr>
          <w:rFonts w:ascii="Verdana" w:hAnsi="Verdana"/>
          <w:i/>
          <w:iCs/>
          <w:sz w:val="19"/>
          <w:lang w:val="pl-PL"/>
        </w:rPr>
      </w:pPr>
      <w:r w:rsidRPr="002E4C0F">
        <w:rPr>
          <w:rFonts w:ascii="Verdana" w:hAnsi="Verdana"/>
          <w:i/>
          <w:iCs/>
          <w:sz w:val="19"/>
          <w:lang w:val="pl-PL"/>
        </w:rPr>
        <w:t>Jak to rozumieć – typowe przykłady:</w:t>
      </w:r>
      <w:r w:rsidRPr="002E4C0F">
        <w:rPr>
          <w:rFonts w:ascii="Verdana" w:hAnsi="Verdana"/>
          <w:i/>
          <w:iCs/>
          <w:sz w:val="19"/>
          <w:lang w:val="pl-PL"/>
        </w:rPr>
        <w:br/>
        <w:t>• gospodarstwo produkujące na sprzedaż – wariant 2; zakup ciągnika do prac rolniczych ma co do zasady charakter zawodowy;</w:t>
      </w:r>
      <w:r w:rsidRPr="002E4C0F">
        <w:rPr>
          <w:rFonts w:ascii="Verdana" w:hAnsi="Verdana"/>
          <w:i/>
          <w:iCs/>
          <w:sz w:val="19"/>
          <w:lang w:val="pl-PL"/>
        </w:rPr>
        <w:br/>
        <w:t>• prywatna posesja, hobby albo uprawa tylko na potrzeby własne i rodziny – wariant 1;</w:t>
      </w:r>
      <w:r w:rsidRPr="002E4C0F">
        <w:rPr>
          <w:rFonts w:ascii="Verdana" w:hAnsi="Verdana"/>
          <w:i/>
          <w:iCs/>
          <w:sz w:val="19"/>
          <w:lang w:val="pl-PL"/>
        </w:rPr>
        <w:br/>
        <w:t>• działalność niezwiązana z rolnictwem ani pracami wykonywanymi przy użyciu takich maszyn, a ciągnik tylko do utrzymania terenu zakładu – wariant 2; co do zasady zakup nie ma charakteru zawodowego;</w:t>
      </w:r>
      <w:r w:rsidRPr="002E4C0F">
        <w:rPr>
          <w:rFonts w:ascii="Verdana" w:hAnsi="Verdana"/>
          <w:i/>
          <w:iCs/>
          <w:sz w:val="19"/>
          <w:lang w:val="pl-PL"/>
        </w:rPr>
        <w:br/>
        <w:t>• pracownik gospodarstwa rolnego, który nie prowadzi własnej działalności i kupuje ciągnik do używania przy wykonywaniu swojej pracy – wariant 3 (przypadek nietypowy).</w:t>
      </w:r>
      <w:r w:rsidRPr="002E4C0F">
        <w:rPr>
          <w:rFonts w:ascii="Verdana" w:hAnsi="Verdana"/>
          <w:i/>
          <w:iCs/>
          <w:sz w:val="19"/>
          <w:lang w:val="pl-PL"/>
        </w:rPr>
        <w:br/>
      </w:r>
    </w:p>
    <w:p w14:paraId="0C060D18" w14:textId="5F3105F1" w:rsidR="002E4C0F" w:rsidRDefault="005E1627" w:rsidP="002E4C0F">
      <w:pPr>
        <w:spacing w:after="40"/>
        <w:jc w:val="both"/>
        <w:rPr>
          <w:rFonts w:ascii="Verdana" w:hAnsi="Verdana"/>
          <w:i/>
          <w:iCs/>
          <w:sz w:val="19"/>
          <w:lang w:val="pl-PL"/>
        </w:rPr>
      </w:pPr>
      <w:r w:rsidRPr="002E4C0F">
        <w:rPr>
          <w:rFonts w:ascii="Verdana" w:hAnsi="Verdana"/>
          <w:i/>
          <w:iCs/>
          <w:sz w:val="19"/>
          <w:lang w:val="pl-PL"/>
        </w:rPr>
        <w:t xml:space="preserve">Jeżeli przewidujesz wykorzystanie mieszane, opisz je krótko: </w:t>
      </w:r>
    </w:p>
    <w:p w14:paraId="522148ED" w14:textId="637B4B56" w:rsidR="00DE498F" w:rsidRPr="002E4C0F" w:rsidRDefault="005E1627" w:rsidP="002E4C0F">
      <w:pPr>
        <w:spacing w:after="40"/>
        <w:jc w:val="both"/>
        <w:rPr>
          <w:rFonts w:ascii="Verdana" w:hAnsi="Verdana"/>
          <w:i/>
          <w:iCs/>
          <w:lang w:val="pl-PL"/>
        </w:rPr>
      </w:pPr>
      <w:r w:rsidRPr="002E4C0F">
        <w:rPr>
          <w:rFonts w:ascii="Verdana" w:hAnsi="Verdana"/>
          <w:i/>
          <w:iCs/>
          <w:sz w:val="19"/>
          <w:lang w:val="pl-PL"/>
        </w:rPr>
        <w:t>............................................................</w:t>
      </w:r>
    </w:p>
    <w:p w14:paraId="61F79CF0" w14:textId="77777777" w:rsidR="00DE498F" w:rsidRPr="002E4C0F" w:rsidRDefault="005E1627">
      <w:pPr>
        <w:pStyle w:val="SectionH"/>
        <w:keepNext/>
        <w:spacing w:after="80"/>
        <w:rPr>
          <w:rFonts w:ascii="Verdana" w:hAnsi="Verdana"/>
          <w:sz w:val="20"/>
          <w:szCs w:val="20"/>
          <w:u w:val="single"/>
          <w:lang w:val="pl-PL"/>
        </w:rPr>
      </w:pPr>
      <w:r w:rsidRPr="002E4C0F">
        <w:rPr>
          <w:rFonts w:ascii="Verdana" w:hAnsi="Verdana"/>
          <w:sz w:val="20"/>
          <w:szCs w:val="20"/>
          <w:u w:val="single"/>
          <w:lang w:val="pl-PL"/>
        </w:rPr>
        <w:t>E. Oświadczenia uczestnika</w:t>
      </w:r>
    </w:p>
    <w:p w14:paraId="734C9227" w14:textId="202DE0EF" w:rsidR="00DE498F" w:rsidRPr="002E4C0F" w:rsidRDefault="005E1627" w:rsidP="002E4C0F">
      <w:pPr>
        <w:pStyle w:val="Akapitzlist"/>
        <w:numPr>
          <w:ilvl w:val="0"/>
          <w:numId w:val="10"/>
        </w:numPr>
        <w:spacing w:after="120"/>
        <w:ind w:left="425" w:hanging="425"/>
        <w:contextualSpacing w:val="0"/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Oświadczam, że zapoznałem/-</w:t>
      </w:r>
      <w:proofErr w:type="spellStart"/>
      <w:r w:rsidRPr="002E4C0F">
        <w:rPr>
          <w:rFonts w:ascii="Verdana" w:hAnsi="Verdana"/>
          <w:sz w:val="20"/>
          <w:szCs w:val="20"/>
          <w:lang w:val="pl-PL"/>
        </w:rPr>
        <w:t>am</w:t>
      </w:r>
      <w:proofErr w:type="spellEnd"/>
      <w:r w:rsidRPr="002E4C0F">
        <w:rPr>
          <w:rFonts w:ascii="Verdana" w:hAnsi="Verdana"/>
          <w:sz w:val="20"/>
          <w:szCs w:val="20"/>
          <w:lang w:val="pl-PL"/>
        </w:rPr>
        <w:t xml:space="preserve"> się z Regulaminem Przetargu, w szczególności </w:t>
      </w:r>
      <w:r w:rsidR="002E4C0F">
        <w:rPr>
          <w:rFonts w:ascii="Verdana" w:hAnsi="Verdana"/>
          <w:sz w:val="20"/>
          <w:szCs w:val="20"/>
          <w:lang w:val="pl-PL"/>
        </w:rPr>
        <w:br/>
      </w:r>
      <w:r w:rsidRPr="002E4C0F">
        <w:rPr>
          <w:rFonts w:ascii="Verdana" w:hAnsi="Verdana"/>
          <w:sz w:val="20"/>
          <w:szCs w:val="20"/>
          <w:lang w:val="pl-PL"/>
        </w:rPr>
        <w:t xml:space="preserve">z zasadami udzielenia przybicia, wymogiem uzyskania zgody Prezesa Centrum Łukasiewicz, zasadami dotyczącymi wadium oraz trybem zawarcia umowy sprzedaży, </w:t>
      </w:r>
      <w:r w:rsidR="002E4C0F">
        <w:rPr>
          <w:rFonts w:ascii="Verdana" w:hAnsi="Verdana"/>
          <w:sz w:val="20"/>
          <w:szCs w:val="20"/>
          <w:lang w:val="pl-PL"/>
        </w:rPr>
        <w:br/>
      </w:r>
      <w:r w:rsidRPr="002E4C0F">
        <w:rPr>
          <w:rFonts w:ascii="Verdana" w:hAnsi="Verdana"/>
          <w:sz w:val="20"/>
          <w:szCs w:val="20"/>
          <w:lang w:val="pl-PL"/>
        </w:rPr>
        <w:t>i akceptuję jego postanowienia.</w:t>
      </w:r>
    </w:p>
    <w:p w14:paraId="5B8FE2BE" w14:textId="1B1AF3AA" w:rsidR="00DE498F" w:rsidRPr="002E4C0F" w:rsidRDefault="005E1627" w:rsidP="002E4C0F">
      <w:pPr>
        <w:pStyle w:val="Akapitzlist"/>
        <w:numPr>
          <w:ilvl w:val="0"/>
          <w:numId w:val="10"/>
        </w:numPr>
        <w:spacing w:after="120"/>
        <w:ind w:left="425" w:hanging="425"/>
        <w:contextualSpacing w:val="0"/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 xml:space="preserve">Oświadczam, że umożliwiono mi zapoznanie się ze stanem faktycznym, technicznym </w:t>
      </w:r>
      <w:r w:rsidR="002E4C0F">
        <w:rPr>
          <w:rFonts w:ascii="Verdana" w:hAnsi="Verdana"/>
          <w:sz w:val="20"/>
          <w:szCs w:val="20"/>
          <w:lang w:val="pl-PL"/>
        </w:rPr>
        <w:br/>
      </w:r>
      <w:r w:rsidRPr="002E4C0F">
        <w:rPr>
          <w:rFonts w:ascii="Verdana" w:hAnsi="Verdana"/>
          <w:sz w:val="20"/>
          <w:szCs w:val="20"/>
          <w:lang w:val="pl-PL"/>
        </w:rPr>
        <w:t>i prawnym wybranego przeze mnie Przedmiotu sprzedaży oraz dokonanie jego oględzin; dokonałem/-am oględzin albo świadomie z nich zrezygnowałem/-am.</w:t>
      </w:r>
    </w:p>
    <w:p w14:paraId="39FA878A" w14:textId="28020885" w:rsidR="00DE498F" w:rsidRPr="002E4C0F" w:rsidRDefault="005E1627" w:rsidP="002E4C0F">
      <w:pPr>
        <w:pStyle w:val="Akapitzlist"/>
        <w:numPr>
          <w:ilvl w:val="0"/>
          <w:numId w:val="10"/>
        </w:numPr>
        <w:spacing w:after="120"/>
        <w:ind w:left="425" w:hanging="425"/>
        <w:contextualSpacing w:val="0"/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Oświadczam, że nie zachodzą wobec mnie przesłanki wyłączenia z udziału w Przetargu określone w § 6 ust. 2 Regulaminu.</w:t>
      </w:r>
    </w:p>
    <w:p w14:paraId="5B2E7DEA" w14:textId="4CF11D70" w:rsidR="00DE498F" w:rsidRPr="002E4C0F" w:rsidRDefault="005E1627" w:rsidP="002E4C0F">
      <w:pPr>
        <w:pStyle w:val="Akapitzlist"/>
        <w:numPr>
          <w:ilvl w:val="0"/>
          <w:numId w:val="10"/>
        </w:numPr>
        <w:spacing w:after="120"/>
        <w:ind w:left="425" w:hanging="425"/>
        <w:contextualSpacing w:val="0"/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>Przyjmuję do wiadomości, że każda licytacja jest prowadzona odrębnie, a wniesione wadium dotyczy wyłącznie licytacji wskazanego ciągnika.</w:t>
      </w:r>
    </w:p>
    <w:p w14:paraId="21A17079" w14:textId="497E5BC8" w:rsidR="00DE498F" w:rsidRPr="002E4C0F" w:rsidRDefault="005E1627" w:rsidP="002E4C0F">
      <w:pPr>
        <w:pStyle w:val="Akapitzlist"/>
        <w:numPr>
          <w:ilvl w:val="0"/>
          <w:numId w:val="10"/>
        </w:numPr>
        <w:spacing w:after="120"/>
        <w:ind w:left="425" w:hanging="425"/>
        <w:contextualSpacing w:val="0"/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lastRenderedPageBreak/>
        <w:t>Przyjmuję do wiadomości, że udzielenie przybicia nie stanowi zawarcia umowy sprzedaży, a zawarcie umowy wymaga uprzedniego uzyskania wymaganej zgody i podpisania umowy w formie pisemnej.</w:t>
      </w:r>
    </w:p>
    <w:p w14:paraId="49648C1A" w14:textId="74027521" w:rsidR="00DE498F" w:rsidRPr="002E4C0F" w:rsidRDefault="005E1627" w:rsidP="002E4C0F">
      <w:pPr>
        <w:pStyle w:val="Akapitzlist"/>
        <w:numPr>
          <w:ilvl w:val="0"/>
          <w:numId w:val="10"/>
        </w:numPr>
        <w:spacing w:after="120"/>
        <w:ind w:left="425" w:hanging="425"/>
        <w:contextualSpacing w:val="0"/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 xml:space="preserve">W przypadku udzielenia mi przybicia zobowiązuję się niezwłocznie przekazać dane </w:t>
      </w:r>
      <w:r w:rsidR="002E4C0F">
        <w:rPr>
          <w:rFonts w:ascii="Verdana" w:hAnsi="Verdana"/>
          <w:sz w:val="20"/>
          <w:szCs w:val="20"/>
          <w:lang w:val="pl-PL"/>
        </w:rPr>
        <w:br/>
      </w:r>
      <w:r w:rsidRPr="002E4C0F">
        <w:rPr>
          <w:rFonts w:ascii="Verdana" w:hAnsi="Verdana"/>
          <w:sz w:val="20"/>
          <w:szCs w:val="20"/>
          <w:lang w:val="pl-PL"/>
        </w:rPr>
        <w:t>i dokumenty potrzebne do przygotowania projektu umowy i wniosku o zgodę oraz współdziałać w zakresie określonym Regulaminem.</w:t>
      </w:r>
    </w:p>
    <w:p w14:paraId="315F997D" w14:textId="232D3EAD" w:rsidR="00DE498F" w:rsidRPr="002E4C0F" w:rsidRDefault="005E1627" w:rsidP="002E4C0F">
      <w:pPr>
        <w:pStyle w:val="Akapitzlist"/>
        <w:numPr>
          <w:ilvl w:val="0"/>
          <w:numId w:val="10"/>
        </w:numPr>
        <w:spacing w:after="120"/>
        <w:ind w:left="425" w:hanging="425"/>
        <w:contextualSpacing w:val="0"/>
        <w:jc w:val="both"/>
        <w:rPr>
          <w:rFonts w:ascii="Verdana" w:hAnsi="Verdana"/>
          <w:sz w:val="20"/>
          <w:szCs w:val="20"/>
          <w:lang w:val="pl-PL"/>
        </w:rPr>
      </w:pPr>
      <w:r w:rsidRPr="002E4C0F">
        <w:rPr>
          <w:rFonts w:ascii="Verdana" w:hAnsi="Verdana"/>
          <w:sz w:val="20"/>
          <w:szCs w:val="20"/>
          <w:lang w:val="pl-PL"/>
        </w:rPr>
        <w:t xml:space="preserve">Przyjmuję do wiadomości, że w przypadku udzielenia mi przybicia pozostaję związany/-a najwyższą zaoferowaną ceną przez 120 dni od dnia zamknięcia danej licytacji, </w:t>
      </w:r>
      <w:r w:rsidR="00654EA6">
        <w:rPr>
          <w:rFonts w:ascii="Verdana" w:hAnsi="Verdana"/>
          <w:sz w:val="20"/>
          <w:szCs w:val="20"/>
          <w:lang w:val="pl-PL"/>
        </w:rPr>
        <w:br/>
      </w:r>
      <w:r w:rsidRPr="002E4C0F">
        <w:rPr>
          <w:rFonts w:ascii="Verdana" w:hAnsi="Verdana"/>
          <w:sz w:val="20"/>
          <w:szCs w:val="20"/>
          <w:lang w:val="pl-PL"/>
        </w:rPr>
        <w:t xml:space="preserve">z możliwością przedłużenia albo ponownego związania ceną na zasadach określonych </w:t>
      </w:r>
      <w:r w:rsidR="00654EA6">
        <w:rPr>
          <w:rFonts w:ascii="Verdana" w:hAnsi="Verdana"/>
          <w:sz w:val="20"/>
          <w:szCs w:val="20"/>
          <w:lang w:val="pl-PL"/>
        </w:rPr>
        <w:br/>
      </w:r>
      <w:r w:rsidRPr="002E4C0F">
        <w:rPr>
          <w:rFonts w:ascii="Verdana" w:hAnsi="Verdana"/>
          <w:sz w:val="20"/>
          <w:szCs w:val="20"/>
          <w:lang w:val="pl-PL"/>
        </w:rPr>
        <w:t>w Regulaminie.</w:t>
      </w:r>
    </w:p>
    <w:p w14:paraId="2A16D9F7" w14:textId="77777777" w:rsidR="00654EA6" w:rsidRDefault="00654EA6">
      <w:pPr>
        <w:spacing w:before="120"/>
        <w:rPr>
          <w:rFonts w:ascii="Verdana" w:hAnsi="Verdana"/>
          <w:b/>
          <w:sz w:val="20"/>
          <w:szCs w:val="20"/>
          <w:lang w:val="pl-PL"/>
        </w:rPr>
      </w:pPr>
    </w:p>
    <w:p w14:paraId="3B90144C" w14:textId="5485BFAB" w:rsidR="00DE498F" w:rsidRPr="00654EA6" w:rsidRDefault="005E1627">
      <w:pPr>
        <w:spacing w:before="120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 xml:space="preserve">Miejscowość i data: </w:t>
      </w:r>
      <w:r w:rsidRPr="00654EA6">
        <w:rPr>
          <w:rFonts w:ascii="Verdana" w:hAnsi="Verdana"/>
          <w:sz w:val="20"/>
          <w:szCs w:val="20"/>
          <w:lang w:val="pl-PL"/>
        </w:rPr>
        <w:t>…………………………………………………………………………</w:t>
      </w:r>
    </w:p>
    <w:p w14:paraId="31731C66" w14:textId="77777777" w:rsidR="00654EA6" w:rsidRDefault="00654EA6">
      <w:pPr>
        <w:spacing w:after="0"/>
        <w:rPr>
          <w:rFonts w:ascii="Verdana" w:hAnsi="Verdana"/>
          <w:b/>
          <w:sz w:val="20"/>
          <w:szCs w:val="20"/>
          <w:lang w:val="pl-PL"/>
        </w:rPr>
      </w:pPr>
    </w:p>
    <w:p w14:paraId="508406C6" w14:textId="77777777" w:rsidR="00654EA6" w:rsidRDefault="005E1627">
      <w:pPr>
        <w:spacing w:after="0"/>
        <w:rPr>
          <w:rFonts w:ascii="Verdana" w:hAnsi="Verdana"/>
          <w:b/>
          <w:sz w:val="20"/>
          <w:szCs w:val="20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 xml:space="preserve">Podpis uczestnika / osoby uprawnionej:  </w:t>
      </w:r>
    </w:p>
    <w:p w14:paraId="74267616" w14:textId="77777777" w:rsidR="00654EA6" w:rsidRDefault="00654EA6">
      <w:pPr>
        <w:spacing w:after="0"/>
        <w:rPr>
          <w:rFonts w:ascii="Verdana" w:hAnsi="Verdana"/>
          <w:b/>
          <w:sz w:val="20"/>
          <w:szCs w:val="20"/>
          <w:lang w:val="pl-PL"/>
        </w:rPr>
      </w:pPr>
    </w:p>
    <w:p w14:paraId="216770D1" w14:textId="7404B87D" w:rsidR="00DE498F" w:rsidRPr="00654EA6" w:rsidRDefault="005E1627">
      <w:pPr>
        <w:spacing w:after="0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>………………………………………………………………………………………</w:t>
      </w:r>
    </w:p>
    <w:p w14:paraId="185FC72A" w14:textId="77777777" w:rsidR="00DE498F" w:rsidRPr="00654EA6" w:rsidRDefault="005E1627">
      <w:pPr>
        <w:pStyle w:val="DocTitle"/>
        <w:pageBreakBefore/>
        <w:jc w:val="center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lastRenderedPageBreak/>
        <w:t>ODRĘBNE OŚWIADCZENIE</w:t>
      </w:r>
    </w:p>
    <w:p w14:paraId="2D684371" w14:textId="77777777" w:rsidR="00DE498F" w:rsidRPr="00654EA6" w:rsidRDefault="005E1627">
      <w:pPr>
        <w:spacing w:after="160"/>
        <w:jc w:val="center"/>
        <w:rPr>
          <w:rFonts w:ascii="Verdana" w:hAnsi="Verdana"/>
          <w:sz w:val="20"/>
          <w:szCs w:val="20"/>
          <w:u w:val="single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 xml:space="preserve">o akceptacji ujawnionych konkretnych cech Przedmiotu sprzedaży – </w:t>
      </w:r>
      <w:r w:rsidRPr="00654EA6">
        <w:rPr>
          <w:rFonts w:ascii="Verdana" w:hAnsi="Verdana"/>
          <w:b/>
          <w:sz w:val="20"/>
          <w:szCs w:val="20"/>
          <w:u w:val="single"/>
          <w:lang w:val="pl-PL"/>
        </w:rPr>
        <w:t>wypełnia się wyłącznie, jeżeli uczestnikowi przysługuje ochrona konsumencka</w:t>
      </w:r>
    </w:p>
    <w:p w14:paraId="13F00DD6" w14:textId="77777777" w:rsidR="00DE498F" w:rsidRPr="00654EA6" w:rsidRDefault="005E1627" w:rsidP="00654EA6">
      <w:pPr>
        <w:jc w:val="both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t>Poniższe rubryki dotyczące cech lub odstępstw wypełnia Instytut przed przedstawieniem oświadczenia uczestnikowi. Uczestnik wyraźnie i odrębnie akceptuje każdą wskazaną cechę przez zaznaczenie pola „AKCEPTUJĘ”. Niezaznaczenie pola przy danej cesze oznacza brak jej odrębnej akceptacji.</w:t>
      </w:r>
    </w:p>
    <w:p w14:paraId="7B4F7EAA" w14:textId="77777777" w:rsidR="00DE498F" w:rsidRPr="00654EA6" w:rsidRDefault="005E1627" w:rsidP="00654EA6">
      <w:pPr>
        <w:jc w:val="both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t>Oświadczam, że przed dopuszczeniem mnie do licytacji zostałem/-am wyraźnie poinformowany/-a o niżej wskazanych konkretnych cechach Przedmiotu sprzedaży odbiegających od wymogów zgodności z umową.</w:t>
      </w:r>
    </w:p>
    <w:p w14:paraId="33BB3B3E" w14:textId="77777777" w:rsidR="00DE498F" w:rsidRPr="002E4C0F" w:rsidRDefault="005E1627">
      <w:pPr>
        <w:pStyle w:val="SectionH"/>
        <w:keepNext/>
        <w:rPr>
          <w:rFonts w:ascii="Verdana" w:hAnsi="Verdana"/>
        </w:rPr>
      </w:pPr>
      <w:r w:rsidRPr="002E4C0F">
        <w:rPr>
          <w:rFonts w:ascii="Verdana" w:hAnsi="Verdana"/>
        </w:rPr>
        <w:t>Massey Ferguson 8740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DE498F" w:rsidRPr="002E4C0F" w14:paraId="62B85CA4" w14:textId="77777777">
        <w:trPr>
          <w:tblHeader/>
          <w:jc w:val="center"/>
        </w:trPr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C7A30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Lp.</w:t>
            </w:r>
          </w:p>
        </w:tc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853EA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Konkretna ujawniona cecha / odstępstwo</w:t>
            </w:r>
          </w:p>
        </w:tc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7EEA2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Odniesienie do opisu / zdjęcia</w:t>
            </w:r>
          </w:p>
        </w:tc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A804A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Akceptuję</w:t>
            </w:r>
          </w:p>
        </w:tc>
      </w:tr>
      <w:tr w:rsidR="00DE498F" w:rsidRPr="002E4C0F" w14:paraId="0094216D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5C6DD8A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1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92DC86E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C6F00DE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9814DD8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40DB803F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DD310CA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2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537E615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C828A9F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70CCB2D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709AFC8A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FD3D750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3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CF7FD84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0C5888C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514234D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4CA2F15D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4D7237C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4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C790E5C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B28AFBE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2EB0170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052C43AC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2126829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5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732AB89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DEB7AEA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DD73C2C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4C4A880C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E2CCF3D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6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8172203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A80B889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7344BBE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76651965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2520DE6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7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0EC0CB8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AB0B25A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7B719C9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04239946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F8C2EAE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8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FE78DC5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136A01F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7A9B222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</w:tbl>
    <w:p w14:paraId="03C3A096" w14:textId="77777777" w:rsidR="00654EA6" w:rsidRDefault="00654EA6">
      <w:pPr>
        <w:rPr>
          <w:rFonts w:ascii="Verdana" w:hAnsi="Verdana"/>
        </w:rPr>
      </w:pPr>
    </w:p>
    <w:p w14:paraId="64BBBA84" w14:textId="63991B92" w:rsidR="00DE498F" w:rsidRPr="00654EA6" w:rsidRDefault="005E1627">
      <w:pPr>
        <w:rPr>
          <w:rFonts w:ascii="Verdana" w:hAnsi="Verdana"/>
          <w:sz w:val="20"/>
          <w:szCs w:val="20"/>
        </w:rPr>
      </w:pPr>
      <w:proofErr w:type="spellStart"/>
      <w:r w:rsidRPr="00654EA6">
        <w:rPr>
          <w:rFonts w:ascii="Verdana" w:hAnsi="Verdana"/>
          <w:sz w:val="20"/>
          <w:szCs w:val="20"/>
        </w:rPr>
        <w:t>Dotyczy</w:t>
      </w:r>
      <w:proofErr w:type="spellEnd"/>
      <w:r w:rsidRPr="00654EA6">
        <w:rPr>
          <w:rFonts w:ascii="Verdana" w:hAnsi="Verdana"/>
          <w:sz w:val="20"/>
          <w:szCs w:val="20"/>
        </w:rPr>
        <w:t xml:space="preserve"> </w:t>
      </w:r>
      <w:proofErr w:type="spellStart"/>
      <w:r w:rsidRPr="00654EA6">
        <w:rPr>
          <w:rFonts w:ascii="Verdana" w:hAnsi="Verdana"/>
          <w:sz w:val="20"/>
          <w:szCs w:val="20"/>
        </w:rPr>
        <w:t>mnie</w:t>
      </w:r>
      <w:proofErr w:type="spellEnd"/>
      <w:r w:rsidRPr="00654EA6">
        <w:rPr>
          <w:rFonts w:ascii="Verdana" w:hAnsi="Verdana"/>
          <w:sz w:val="20"/>
          <w:szCs w:val="20"/>
        </w:rPr>
        <w:t xml:space="preserve">: </w:t>
      </w:r>
      <w:r w:rsidRPr="00654EA6">
        <w:rPr>
          <w:rFonts w:ascii="Segoe UI Symbol" w:hAnsi="Segoe UI Symbol" w:cs="Segoe UI Symbol"/>
          <w:sz w:val="20"/>
          <w:szCs w:val="20"/>
        </w:rPr>
        <w:t>☐</w:t>
      </w:r>
      <w:r w:rsidRPr="00654EA6">
        <w:rPr>
          <w:rFonts w:ascii="Verdana" w:hAnsi="Verdana"/>
          <w:sz w:val="20"/>
          <w:szCs w:val="20"/>
        </w:rPr>
        <w:t xml:space="preserve"> TAK   </w:t>
      </w:r>
      <w:r w:rsidRPr="00654EA6">
        <w:rPr>
          <w:rFonts w:ascii="Segoe UI Symbol" w:hAnsi="Segoe UI Symbol" w:cs="Segoe UI Symbol"/>
          <w:sz w:val="20"/>
          <w:szCs w:val="20"/>
        </w:rPr>
        <w:t>☐</w:t>
      </w:r>
      <w:r w:rsidRPr="00654EA6">
        <w:rPr>
          <w:rFonts w:ascii="Verdana" w:hAnsi="Verdana"/>
          <w:sz w:val="20"/>
          <w:szCs w:val="20"/>
        </w:rPr>
        <w:t xml:space="preserve"> NIE</w:t>
      </w:r>
    </w:p>
    <w:p w14:paraId="72150C9E" w14:textId="77777777" w:rsidR="00654EA6" w:rsidRPr="00654EA6" w:rsidRDefault="00654EA6">
      <w:pPr>
        <w:rPr>
          <w:rFonts w:ascii="Verdana" w:hAnsi="Verdana"/>
          <w:b/>
          <w:sz w:val="20"/>
          <w:szCs w:val="20"/>
        </w:rPr>
      </w:pPr>
    </w:p>
    <w:p w14:paraId="10EF3A9D" w14:textId="02F452B1" w:rsidR="00DE498F" w:rsidRPr="00654EA6" w:rsidRDefault="005E1627">
      <w:pPr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 xml:space="preserve">Data: </w:t>
      </w:r>
      <w:r w:rsidRPr="00654EA6">
        <w:rPr>
          <w:rFonts w:ascii="Verdana" w:hAnsi="Verdana"/>
          <w:sz w:val="20"/>
          <w:szCs w:val="20"/>
          <w:lang w:val="pl-PL"/>
        </w:rPr>
        <w:t xml:space="preserve">……………………………      </w:t>
      </w:r>
      <w:r w:rsidRPr="00654EA6">
        <w:rPr>
          <w:rFonts w:ascii="Verdana" w:hAnsi="Verdana"/>
          <w:b/>
          <w:sz w:val="20"/>
          <w:szCs w:val="20"/>
          <w:lang w:val="pl-PL"/>
        </w:rPr>
        <w:t xml:space="preserve">Podpis uczestnika: </w:t>
      </w:r>
      <w:r w:rsidRPr="00654EA6">
        <w:rPr>
          <w:rFonts w:ascii="Verdana" w:hAnsi="Verdana"/>
          <w:sz w:val="20"/>
          <w:szCs w:val="20"/>
          <w:lang w:val="pl-PL"/>
        </w:rPr>
        <w:t>…………………………………………………………</w:t>
      </w:r>
    </w:p>
    <w:p w14:paraId="44A858A6" w14:textId="77777777" w:rsidR="00DE498F" w:rsidRPr="00654EA6" w:rsidRDefault="005E1627">
      <w:pPr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br w:type="page"/>
      </w:r>
    </w:p>
    <w:p w14:paraId="1D780402" w14:textId="77777777" w:rsidR="00654EA6" w:rsidRPr="00654EA6" w:rsidRDefault="00654EA6" w:rsidP="00654EA6">
      <w:pPr>
        <w:pStyle w:val="DocTitle"/>
        <w:pageBreakBefore/>
        <w:jc w:val="center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lastRenderedPageBreak/>
        <w:t>ODRĘBNE OŚWIADCZENIE</w:t>
      </w:r>
    </w:p>
    <w:p w14:paraId="203E9147" w14:textId="77777777" w:rsidR="00654EA6" w:rsidRPr="00654EA6" w:rsidRDefault="00654EA6" w:rsidP="00654EA6">
      <w:pPr>
        <w:spacing w:after="160"/>
        <w:jc w:val="center"/>
        <w:rPr>
          <w:rFonts w:ascii="Verdana" w:hAnsi="Verdana"/>
          <w:sz w:val="20"/>
          <w:szCs w:val="20"/>
          <w:u w:val="single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 xml:space="preserve">o akceptacji ujawnionych konkretnych cech Przedmiotu sprzedaży – </w:t>
      </w:r>
      <w:r w:rsidRPr="00654EA6">
        <w:rPr>
          <w:rFonts w:ascii="Verdana" w:hAnsi="Verdana"/>
          <w:b/>
          <w:sz w:val="20"/>
          <w:szCs w:val="20"/>
          <w:u w:val="single"/>
          <w:lang w:val="pl-PL"/>
        </w:rPr>
        <w:t>wypełnia się wyłącznie, jeżeli uczestnikowi przysługuje ochrona konsumencka</w:t>
      </w:r>
    </w:p>
    <w:p w14:paraId="1B580E63" w14:textId="77777777" w:rsidR="00654EA6" w:rsidRPr="00654EA6" w:rsidRDefault="00654EA6" w:rsidP="00654EA6">
      <w:pPr>
        <w:jc w:val="both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t>Poniższe rubryki dotyczące cech lub odstępstw wypełnia Instytut przed przedstawieniem oświadczenia uczestnikowi. Uczestnik wyraźnie i odrębnie akceptuje każdą wskazaną cechę przez zaznaczenie pola „AKCEPTUJĘ”. Niezaznaczenie pola przy danej cesze oznacza brak jej odrębnej akceptacji.</w:t>
      </w:r>
    </w:p>
    <w:p w14:paraId="1C2CAB48" w14:textId="77777777" w:rsidR="00654EA6" w:rsidRPr="00654EA6" w:rsidRDefault="00654EA6" w:rsidP="00654EA6">
      <w:pPr>
        <w:jc w:val="both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t>Oświadczam, że przed dopuszczeniem mnie do licytacji zostałem/-</w:t>
      </w:r>
      <w:proofErr w:type="spellStart"/>
      <w:r w:rsidRPr="00654EA6">
        <w:rPr>
          <w:rFonts w:ascii="Verdana" w:hAnsi="Verdana"/>
          <w:sz w:val="20"/>
          <w:szCs w:val="20"/>
          <w:lang w:val="pl-PL"/>
        </w:rPr>
        <w:t>am</w:t>
      </w:r>
      <w:proofErr w:type="spellEnd"/>
      <w:r w:rsidRPr="00654EA6">
        <w:rPr>
          <w:rFonts w:ascii="Verdana" w:hAnsi="Verdana"/>
          <w:sz w:val="20"/>
          <w:szCs w:val="20"/>
          <w:lang w:val="pl-PL"/>
        </w:rPr>
        <w:t xml:space="preserve"> wyraźnie poinformowany/-a o niżej wskazanych konkretnych cechach Przedmiotu sprzedaży odbiegających od wymogów zgodności z umową.</w:t>
      </w:r>
    </w:p>
    <w:p w14:paraId="7EF87A47" w14:textId="77777777" w:rsidR="00654EA6" w:rsidRPr="00654EA6" w:rsidRDefault="00654EA6">
      <w:pPr>
        <w:pStyle w:val="SectionH"/>
        <w:keepNext/>
        <w:rPr>
          <w:rFonts w:ascii="Verdana" w:hAnsi="Verdana"/>
          <w:lang w:val="pl-PL"/>
        </w:rPr>
      </w:pPr>
    </w:p>
    <w:p w14:paraId="095DBA51" w14:textId="58D1AD76" w:rsidR="00DE498F" w:rsidRPr="002E4C0F" w:rsidRDefault="005E1627">
      <w:pPr>
        <w:pStyle w:val="SectionH"/>
        <w:keepNext/>
        <w:rPr>
          <w:rFonts w:ascii="Verdana" w:hAnsi="Verdana"/>
        </w:rPr>
      </w:pPr>
      <w:r w:rsidRPr="002E4C0F">
        <w:rPr>
          <w:rFonts w:ascii="Verdana" w:hAnsi="Verdana"/>
        </w:rPr>
        <w:t>Massey Ferguson 8730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DE498F" w:rsidRPr="002E4C0F" w14:paraId="25A069EF" w14:textId="77777777">
        <w:trPr>
          <w:tblHeader/>
          <w:jc w:val="center"/>
        </w:trPr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15904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Lp.</w:t>
            </w:r>
          </w:p>
        </w:tc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0D301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Konkretna ujawniona cecha / odstępstwo</w:t>
            </w:r>
          </w:p>
        </w:tc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BC46D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Odniesienie do opisu / zdjęcia</w:t>
            </w:r>
          </w:p>
        </w:tc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B5534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Akceptuję</w:t>
            </w:r>
          </w:p>
        </w:tc>
      </w:tr>
      <w:tr w:rsidR="00DE498F" w:rsidRPr="002E4C0F" w14:paraId="09142C57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60CB897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1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1122644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052B507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FF79B78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55095AB6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5F5CA50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2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15F4E8F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0558237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B714FA5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051EE147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2E9D5ED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3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FC0CED2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2CB3371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8815822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45BBA680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CB51ADE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4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AD4615C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0A7CE6D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0A71ACB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29D77C34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AEF64A6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5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CF52093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2EF934D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BF2BA06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773C93E7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AC4B2AD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6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707843D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6691FDA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9F7EC9A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282E6F68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A02FB74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7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F75789F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8A11952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755230C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2175337D" w14:textId="77777777">
        <w:trPr>
          <w:jc w:val="center"/>
        </w:trPr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874BFC7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8</w:t>
            </w: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1EDE459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E5E06DF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83A5900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</w:tbl>
    <w:p w14:paraId="20588453" w14:textId="77777777" w:rsidR="00654EA6" w:rsidRDefault="00654EA6">
      <w:pPr>
        <w:rPr>
          <w:rFonts w:ascii="Verdana" w:hAnsi="Verdana"/>
          <w:sz w:val="20"/>
          <w:szCs w:val="20"/>
        </w:rPr>
      </w:pPr>
    </w:p>
    <w:p w14:paraId="2844F7C3" w14:textId="78B3AF49" w:rsidR="00DE498F" w:rsidRPr="00654EA6" w:rsidRDefault="005E1627">
      <w:pPr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t xml:space="preserve">Dotyczy mnie: </w:t>
      </w:r>
      <w:r w:rsidRPr="00654EA6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654EA6">
        <w:rPr>
          <w:rFonts w:ascii="Verdana" w:hAnsi="Verdana"/>
          <w:sz w:val="20"/>
          <w:szCs w:val="20"/>
          <w:lang w:val="pl-PL"/>
        </w:rPr>
        <w:t xml:space="preserve"> TAK   </w:t>
      </w:r>
      <w:r w:rsidRPr="00654EA6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654EA6">
        <w:rPr>
          <w:rFonts w:ascii="Verdana" w:hAnsi="Verdana"/>
          <w:sz w:val="20"/>
          <w:szCs w:val="20"/>
          <w:lang w:val="pl-PL"/>
        </w:rPr>
        <w:t xml:space="preserve"> NIE</w:t>
      </w:r>
    </w:p>
    <w:p w14:paraId="6AD0BD1F" w14:textId="77777777" w:rsidR="00654EA6" w:rsidRDefault="00654EA6">
      <w:pPr>
        <w:rPr>
          <w:rFonts w:ascii="Verdana" w:hAnsi="Verdana"/>
          <w:b/>
          <w:sz w:val="20"/>
          <w:szCs w:val="20"/>
          <w:lang w:val="pl-PL"/>
        </w:rPr>
      </w:pPr>
    </w:p>
    <w:p w14:paraId="099012B5" w14:textId="77777777" w:rsidR="00654EA6" w:rsidRDefault="00654EA6">
      <w:pPr>
        <w:rPr>
          <w:rFonts w:ascii="Verdana" w:hAnsi="Verdana"/>
          <w:b/>
          <w:sz w:val="20"/>
          <w:szCs w:val="20"/>
          <w:lang w:val="pl-PL"/>
        </w:rPr>
      </w:pPr>
    </w:p>
    <w:p w14:paraId="78E1B3E6" w14:textId="64F441E0" w:rsidR="00DE498F" w:rsidRPr="00654EA6" w:rsidRDefault="005E1627">
      <w:pPr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 xml:space="preserve">Data: </w:t>
      </w:r>
      <w:r w:rsidRPr="00654EA6">
        <w:rPr>
          <w:rFonts w:ascii="Verdana" w:hAnsi="Verdana"/>
          <w:sz w:val="20"/>
          <w:szCs w:val="20"/>
          <w:lang w:val="pl-PL"/>
        </w:rPr>
        <w:t xml:space="preserve">……………………………      </w:t>
      </w:r>
      <w:r w:rsidRPr="00654EA6">
        <w:rPr>
          <w:rFonts w:ascii="Verdana" w:hAnsi="Verdana"/>
          <w:b/>
          <w:sz w:val="20"/>
          <w:szCs w:val="20"/>
          <w:lang w:val="pl-PL"/>
        </w:rPr>
        <w:t xml:space="preserve">Podpis uczestnika: </w:t>
      </w:r>
      <w:r w:rsidRPr="00654EA6">
        <w:rPr>
          <w:rFonts w:ascii="Verdana" w:hAnsi="Verdana"/>
          <w:sz w:val="20"/>
          <w:szCs w:val="20"/>
          <w:lang w:val="pl-PL"/>
        </w:rPr>
        <w:t>………………………………………………………………</w:t>
      </w:r>
    </w:p>
    <w:p w14:paraId="05BF8A60" w14:textId="77777777" w:rsidR="00DE498F" w:rsidRPr="00654EA6" w:rsidRDefault="005E1627">
      <w:pPr>
        <w:rPr>
          <w:rFonts w:ascii="Verdana" w:hAnsi="Verdana"/>
          <w:lang w:val="pl-PL"/>
        </w:rPr>
      </w:pPr>
      <w:r w:rsidRPr="00654EA6">
        <w:rPr>
          <w:rFonts w:ascii="Verdana" w:hAnsi="Verdana"/>
          <w:lang w:val="pl-PL"/>
        </w:rPr>
        <w:br w:type="page"/>
      </w:r>
    </w:p>
    <w:p w14:paraId="202C361B" w14:textId="77777777" w:rsidR="00DE498F" w:rsidRPr="00654EA6" w:rsidRDefault="005E1627">
      <w:pPr>
        <w:pStyle w:val="DocTitle"/>
        <w:jc w:val="center"/>
        <w:rPr>
          <w:rFonts w:ascii="Verdana" w:hAnsi="Verdana"/>
          <w:sz w:val="24"/>
          <w:szCs w:val="20"/>
          <w:lang w:val="pl-PL"/>
        </w:rPr>
      </w:pPr>
      <w:r w:rsidRPr="00654EA6">
        <w:rPr>
          <w:rFonts w:ascii="Verdana" w:hAnsi="Verdana"/>
          <w:sz w:val="24"/>
          <w:szCs w:val="20"/>
          <w:lang w:val="pl-PL"/>
        </w:rPr>
        <w:lastRenderedPageBreak/>
        <w:t>UZUPEŁNIENIE ODRĘBNEGO OŚWIADCZENIA</w:t>
      </w:r>
    </w:p>
    <w:p w14:paraId="5B246A3F" w14:textId="77777777" w:rsidR="00DE498F" w:rsidRPr="00654EA6" w:rsidRDefault="005E1627">
      <w:pPr>
        <w:spacing w:after="160"/>
        <w:jc w:val="center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>stosowane wyłącznie w razie ujawnienia przed rozpoczęciem licytacji zmiany stanu, o której mowa w § 9 ust. 2 pkt 4 Regulaminu</w:t>
      </w:r>
    </w:p>
    <w:p w14:paraId="1F0CD4D2" w14:textId="77777777" w:rsidR="00DE498F" w:rsidRDefault="005E1627" w:rsidP="00654EA6">
      <w:pPr>
        <w:jc w:val="both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t>Niniejsze oświadczenie stanowi uzupełnienie odrębnego oświadczenia złożonego przed dopuszczeniem uczestnika do licytacji. Jeżeli uczestnikowi udzielono przybicia, oświadczenie podstawowe wraz z niniejszym uzupełnieniem dołącza się do projektu umowy i do umowy sprzedaży jako dokumenty potwierdzające odrębną akceptację ujawnionych cech.</w:t>
      </w:r>
    </w:p>
    <w:p w14:paraId="308683C0" w14:textId="77777777" w:rsidR="00654EA6" w:rsidRPr="00654EA6" w:rsidRDefault="00654EA6">
      <w:pPr>
        <w:rPr>
          <w:rFonts w:ascii="Verdana" w:hAnsi="Verdana"/>
          <w:sz w:val="20"/>
          <w:szCs w:val="20"/>
          <w:lang w:val="pl-PL"/>
        </w:rPr>
      </w:pPr>
    </w:p>
    <w:p w14:paraId="4A4D3F46" w14:textId="77777777" w:rsidR="00DE498F" w:rsidRDefault="005E1627">
      <w:pPr>
        <w:rPr>
          <w:rFonts w:ascii="Verdana" w:hAnsi="Verdana"/>
          <w:sz w:val="20"/>
          <w:szCs w:val="20"/>
        </w:rPr>
      </w:pPr>
      <w:r w:rsidRPr="00654EA6">
        <w:rPr>
          <w:rFonts w:ascii="Verdana" w:hAnsi="Verdana"/>
          <w:sz w:val="20"/>
          <w:szCs w:val="20"/>
        </w:rPr>
        <w:t xml:space="preserve">Ciągnik: </w:t>
      </w:r>
      <w:r w:rsidRPr="00654EA6">
        <w:rPr>
          <w:rFonts w:ascii="Segoe UI Symbol" w:hAnsi="Segoe UI Symbol" w:cs="Segoe UI Symbol"/>
          <w:sz w:val="20"/>
          <w:szCs w:val="20"/>
        </w:rPr>
        <w:t>☐</w:t>
      </w:r>
      <w:r w:rsidRPr="00654EA6">
        <w:rPr>
          <w:rFonts w:ascii="Verdana" w:hAnsi="Verdana"/>
          <w:sz w:val="20"/>
          <w:szCs w:val="20"/>
        </w:rPr>
        <w:t xml:space="preserve"> Massey Ferguson 8740   </w:t>
      </w:r>
      <w:r w:rsidRPr="00654EA6">
        <w:rPr>
          <w:rFonts w:ascii="Segoe UI Symbol" w:hAnsi="Segoe UI Symbol" w:cs="Segoe UI Symbol"/>
          <w:sz w:val="20"/>
          <w:szCs w:val="20"/>
        </w:rPr>
        <w:t>☐</w:t>
      </w:r>
      <w:r w:rsidRPr="00654EA6">
        <w:rPr>
          <w:rFonts w:ascii="Verdana" w:hAnsi="Verdana"/>
          <w:sz w:val="20"/>
          <w:szCs w:val="20"/>
        </w:rPr>
        <w:t xml:space="preserve"> Massey Ferguson 8730</w:t>
      </w:r>
    </w:p>
    <w:p w14:paraId="4C91CC21" w14:textId="77777777" w:rsidR="00654EA6" w:rsidRPr="00654EA6" w:rsidRDefault="00654EA6">
      <w:pPr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DE498F" w:rsidRPr="002E4C0F" w14:paraId="1BCD3718" w14:textId="77777777">
        <w:trPr>
          <w:jc w:val="center"/>
        </w:trPr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1491C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Lp.</w:t>
            </w:r>
          </w:p>
        </w:tc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E6122" w14:textId="77777777" w:rsidR="00DE498F" w:rsidRPr="002E4C0F" w:rsidRDefault="005E1627">
            <w:pPr>
              <w:rPr>
                <w:rFonts w:ascii="Verdana" w:hAnsi="Verdana"/>
                <w:lang w:val="pl-PL"/>
              </w:rPr>
            </w:pPr>
            <w:r w:rsidRPr="002E4C0F">
              <w:rPr>
                <w:rFonts w:ascii="Verdana" w:hAnsi="Verdana"/>
                <w:b/>
                <w:sz w:val="19"/>
                <w:lang w:val="pl-PL"/>
              </w:rPr>
              <w:t>Zmiana / nowo ujawniona konkretna cecha</w:t>
            </w:r>
          </w:p>
        </w:tc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12466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Odniesienie do dokumentacji / zdjęcia</w:t>
            </w:r>
          </w:p>
        </w:tc>
        <w:tc>
          <w:tcPr>
            <w:tcW w:w="24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E4F18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b/>
                <w:sz w:val="19"/>
              </w:rPr>
              <w:t>Akceptuję</w:t>
            </w:r>
          </w:p>
        </w:tc>
      </w:tr>
      <w:tr w:rsidR="00DE498F" w:rsidRPr="002E4C0F" w14:paraId="4C28BDDE" w14:textId="77777777">
        <w:trPr>
          <w:jc w:val="center"/>
        </w:trPr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2AC7526F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1</w:t>
            </w: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3BB24770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416B68BB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509DADFE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7D219779" w14:textId="77777777">
        <w:trPr>
          <w:jc w:val="center"/>
        </w:trPr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5208CA42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2</w:t>
            </w: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3644334C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7170C4F8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0E41608C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6F23C534" w14:textId="77777777">
        <w:trPr>
          <w:jc w:val="center"/>
        </w:trPr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0CBCFB24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3</w:t>
            </w: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48FB430F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6A486C04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7764BFEC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38570923" w14:textId="77777777">
        <w:trPr>
          <w:jc w:val="center"/>
        </w:trPr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4A51617D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4</w:t>
            </w: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2F15CD28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726C3BB7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3D3BC08F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  <w:tr w:rsidR="00DE498F" w:rsidRPr="002E4C0F" w14:paraId="0A69A139" w14:textId="77777777">
        <w:trPr>
          <w:jc w:val="center"/>
        </w:trPr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7E065FB9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Verdana" w:hAnsi="Verdana"/>
                <w:sz w:val="19"/>
              </w:rPr>
              <w:t>5</w:t>
            </w: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55933E82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0CD1D646" w14:textId="77777777" w:rsidR="00DE498F" w:rsidRPr="002E4C0F" w:rsidRDefault="00DE498F">
            <w:pPr>
              <w:rPr>
                <w:rFonts w:ascii="Verdana" w:hAnsi="Verdana"/>
              </w:rPr>
            </w:pPr>
          </w:p>
        </w:tc>
        <w:tc>
          <w:tcPr>
            <w:tcW w:w="2408" w:type="dx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6915F51F" w14:textId="77777777" w:rsidR="00DE498F" w:rsidRPr="002E4C0F" w:rsidRDefault="005E1627">
            <w:pPr>
              <w:rPr>
                <w:rFonts w:ascii="Verdana" w:hAnsi="Verdana"/>
              </w:rPr>
            </w:pPr>
            <w:r w:rsidRPr="002E4C0F">
              <w:rPr>
                <w:rFonts w:ascii="Segoe UI Symbol" w:hAnsi="Segoe UI Symbol" w:cs="Segoe UI Symbol"/>
                <w:sz w:val="19"/>
              </w:rPr>
              <w:t>☐</w:t>
            </w:r>
            <w:r w:rsidRPr="002E4C0F">
              <w:rPr>
                <w:rFonts w:ascii="Verdana" w:hAnsi="Verdana"/>
                <w:sz w:val="19"/>
              </w:rPr>
              <w:t xml:space="preserve"> AKCEPTUJ</w:t>
            </w:r>
            <w:r w:rsidRPr="002E4C0F">
              <w:rPr>
                <w:rFonts w:ascii="Verdana" w:hAnsi="Verdana" w:cs="Verdana"/>
                <w:sz w:val="19"/>
              </w:rPr>
              <w:t>Ę</w:t>
            </w:r>
          </w:p>
        </w:tc>
      </w:tr>
    </w:tbl>
    <w:p w14:paraId="0CC8EB72" w14:textId="77777777" w:rsidR="00654EA6" w:rsidRDefault="00654EA6">
      <w:pPr>
        <w:spacing w:before="160"/>
        <w:rPr>
          <w:rFonts w:ascii="Verdana" w:hAnsi="Verdana"/>
          <w:b/>
          <w:sz w:val="20"/>
          <w:szCs w:val="20"/>
          <w:lang w:val="pl-PL"/>
        </w:rPr>
      </w:pPr>
    </w:p>
    <w:p w14:paraId="115ABDF5" w14:textId="1050F4B8" w:rsidR="00DE498F" w:rsidRPr="00654EA6" w:rsidRDefault="005E1627">
      <w:pPr>
        <w:spacing w:before="160"/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 xml:space="preserve">Data i godzina złożenia oświadczenia: </w:t>
      </w:r>
      <w:r w:rsidRPr="00654EA6">
        <w:rPr>
          <w:rFonts w:ascii="Verdana" w:hAnsi="Verdana"/>
          <w:sz w:val="20"/>
          <w:szCs w:val="20"/>
          <w:lang w:val="pl-PL"/>
        </w:rPr>
        <w:t>………………………………………………………………</w:t>
      </w:r>
    </w:p>
    <w:p w14:paraId="17E1459F" w14:textId="77777777" w:rsidR="00654EA6" w:rsidRDefault="00654EA6">
      <w:pPr>
        <w:rPr>
          <w:rFonts w:ascii="Verdana" w:hAnsi="Verdana"/>
          <w:b/>
          <w:sz w:val="20"/>
          <w:szCs w:val="20"/>
          <w:lang w:val="pl-PL"/>
        </w:rPr>
      </w:pPr>
    </w:p>
    <w:p w14:paraId="613626F6" w14:textId="12FD3B86" w:rsidR="00DE498F" w:rsidRPr="00654EA6" w:rsidRDefault="005E1627">
      <w:pPr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 xml:space="preserve">Podpis uczestnika: </w:t>
      </w:r>
      <w:r w:rsidRPr="00654EA6">
        <w:rPr>
          <w:rFonts w:ascii="Verdana" w:hAnsi="Verdana"/>
          <w:sz w:val="20"/>
          <w:szCs w:val="20"/>
          <w:lang w:val="pl-PL"/>
        </w:rPr>
        <w:t>……………………………………………………………………………………………………</w:t>
      </w:r>
    </w:p>
    <w:p w14:paraId="6D4F382D" w14:textId="77777777" w:rsidR="00654EA6" w:rsidRDefault="00654EA6">
      <w:pPr>
        <w:rPr>
          <w:rFonts w:ascii="Verdana" w:hAnsi="Verdana"/>
          <w:b/>
          <w:sz w:val="20"/>
          <w:szCs w:val="20"/>
          <w:lang w:val="pl-PL"/>
        </w:rPr>
      </w:pPr>
    </w:p>
    <w:p w14:paraId="4FE8BC95" w14:textId="77777777" w:rsidR="00654EA6" w:rsidRDefault="00654EA6">
      <w:pPr>
        <w:rPr>
          <w:rFonts w:ascii="Verdana" w:hAnsi="Verdana"/>
          <w:b/>
          <w:sz w:val="20"/>
          <w:szCs w:val="20"/>
          <w:lang w:val="pl-PL"/>
        </w:rPr>
      </w:pPr>
    </w:p>
    <w:p w14:paraId="74A5CCA4" w14:textId="05A96DDF" w:rsidR="00654EA6" w:rsidRDefault="005E1627">
      <w:pPr>
        <w:rPr>
          <w:rFonts w:ascii="Verdana" w:hAnsi="Verdana"/>
          <w:b/>
          <w:sz w:val="20"/>
          <w:szCs w:val="20"/>
          <w:lang w:val="pl-PL"/>
        </w:rPr>
      </w:pPr>
      <w:r w:rsidRPr="00654EA6">
        <w:rPr>
          <w:rFonts w:ascii="Verdana" w:hAnsi="Verdana"/>
          <w:b/>
          <w:sz w:val="20"/>
          <w:szCs w:val="20"/>
          <w:lang w:val="pl-PL"/>
        </w:rPr>
        <w:t xml:space="preserve">Podpis osoby przyjmującej oświadczenie w imieniu Instytutu: </w:t>
      </w:r>
    </w:p>
    <w:p w14:paraId="3E5532DA" w14:textId="77777777" w:rsidR="00654EA6" w:rsidRDefault="00654EA6">
      <w:pPr>
        <w:rPr>
          <w:rFonts w:ascii="Verdana" w:hAnsi="Verdana"/>
          <w:b/>
          <w:sz w:val="20"/>
          <w:szCs w:val="20"/>
          <w:lang w:val="pl-PL"/>
        </w:rPr>
      </w:pPr>
    </w:p>
    <w:p w14:paraId="62CA4AEE" w14:textId="77777777" w:rsidR="00654EA6" w:rsidRDefault="00654EA6">
      <w:pPr>
        <w:rPr>
          <w:rFonts w:ascii="Verdana" w:hAnsi="Verdana"/>
          <w:b/>
          <w:sz w:val="20"/>
          <w:szCs w:val="20"/>
          <w:lang w:val="pl-PL"/>
        </w:rPr>
      </w:pPr>
    </w:p>
    <w:p w14:paraId="758185BA" w14:textId="658CBA0C" w:rsidR="00DE498F" w:rsidRPr="00654EA6" w:rsidRDefault="005E1627">
      <w:pPr>
        <w:rPr>
          <w:rFonts w:ascii="Verdana" w:hAnsi="Verdana"/>
          <w:sz w:val="20"/>
          <w:szCs w:val="20"/>
          <w:lang w:val="pl-PL"/>
        </w:rPr>
      </w:pPr>
      <w:r w:rsidRPr="00654EA6">
        <w:rPr>
          <w:rFonts w:ascii="Verdana" w:hAnsi="Verdana"/>
          <w:sz w:val="20"/>
          <w:szCs w:val="20"/>
          <w:lang w:val="pl-PL"/>
        </w:rPr>
        <w:t>………………………………………………………………</w:t>
      </w:r>
    </w:p>
    <w:sectPr w:rsidR="00DE498F" w:rsidRPr="00654EA6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D313F3"/>
    <w:multiLevelType w:val="hybridMultilevel"/>
    <w:tmpl w:val="27A417D2"/>
    <w:lvl w:ilvl="0" w:tplc="0415000F">
      <w:start w:val="1"/>
      <w:numFmt w:val="decimal"/>
      <w:lvlText w:val="%1."/>
      <w:lvlJc w:val="left"/>
      <w:pPr>
        <w:ind w:left="805" w:hanging="360"/>
      </w:pPr>
    </w:lvl>
    <w:lvl w:ilvl="1" w:tplc="04150019" w:tentative="1">
      <w:start w:val="1"/>
      <w:numFmt w:val="lowerLetter"/>
      <w:lvlText w:val="%2."/>
      <w:lvlJc w:val="left"/>
      <w:pPr>
        <w:ind w:left="1525" w:hanging="360"/>
      </w:pPr>
    </w:lvl>
    <w:lvl w:ilvl="2" w:tplc="0415001B" w:tentative="1">
      <w:start w:val="1"/>
      <w:numFmt w:val="lowerRoman"/>
      <w:lvlText w:val="%3."/>
      <w:lvlJc w:val="right"/>
      <w:pPr>
        <w:ind w:left="2245" w:hanging="180"/>
      </w:pPr>
    </w:lvl>
    <w:lvl w:ilvl="3" w:tplc="0415000F" w:tentative="1">
      <w:start w:val="1"/>
      <w:numFmt w:val="decimal"/>
      <w:lvlText w:val="%4."/>
      <w:lvlJc w:val="left"/>
      <w:pPr>
        <w:ind w:left="2965" w:hanging="360"/>
      </w:pPr>
    </w:lvl>
    <w:lvl w:ilvl="4" w:tplc="04150019" w:tentative="1">
      <w:start w:val="1"/>
      <w:numFmt w:val="lowerLetter"/>
      <w:lvlText w:val="%5."/>
      <w:lvlJc w:val="left"/>
      <w:pPr>
        <w:ind w:left="3685" w:hanging="360"/>
      </w:pPr>
    </w:lvl>
    <w:lvl w:ilvl="5" w:tplc="0415001B" w:tentative="1">
      <w:start w:val="1"/>
      <w:numFmt w:val="lowerRoman"/>
      <w:lvlText w:val="%6."/>
      <w:lvlJc w:val="right"/>
      <w:pPr>
        <w:ind w:left="4405" w:hanging="180"/>
      </w:pPr>
    </w:lvl>
    <w:lvl w:ilvl="6" w:tplc="0415000F" w:tentative="1">
      <w:start w:val="1"/>
      <w:numFmt w:val="decimal"/>
      <w:lvlText w:val="%7."/>
      <w:lvlJc w:val="left"/>
      <w:pPr>
        <w:ind w:left="5125" w:hanging="360"/>
      </w:pPr>
    </w:lvl>
    <w:lvl w:ilvl="7" w:tplc="04150019" w:tentative="1">
      <w:start w:val="1"/>
      <w:numFmt w:val="lowerLetter"/>
      <w:lvlText w:val="%8."/>
      <w:lvlJc w:val="left"/>
      <w:pPr>
        <w:ind w:left="5845" w:hanging="360"/>
      </w:pPr>
    </w:lvl>
    <w:lvl w:ilvl="8" w:tplc="0415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0" w15:restartNumberingAfterBreak="0">
    <w:nsid w:val="502C6A48"/>
    <w:multiLevelType w:val="hybridMultilevel"/>
    <w:tmpl w:val="6CBE1F6C"/>
    <w:lvl w:ilvl="0" w:tplc="94FC0620">
      <w:start w:val="1"/>
      <w:numFmt w:val="decimal"/>
      <w:lvlText w:val="%1."/>
      <w:lvlJc w:val="left"/>
      <w:pPr>
        <w:ind w:left="460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5" w:hanging="360"/>
      </w:pPr>
    </w:lvl>
    <w:lvl w:ilvl="2" w:tplc="0415001B" w:tentative="1">
      <w:start w:val="1"/>
      <w:numFmt w:val="lowerRoman"/>
      <w:lvlText w:val="%3."/>
      <w:lvlJc w:val="right"/>
      <w:pPr>
        <w:ind w:left="1885" w:hanging="180"/>
      </w:pPr>
    </w:lvl>
    <w:lvl w:ilvl="3" w:tplc="0415000F" w:tentative="1">
      <w:start w:val="1"/>
      <w:numFmt w:val="decimal"/>
      <w:lvlText w:val="%4."/>
      <w:lvlJc w:val="left"/>
      <w:pPr>
        <w:ind w:left="2605" w:hanging="360"/>
      </w:pPr>
    </w:lvl>
    <w:lvl w:ilvl="4" w:tplc="04150019" w:tentative="1">
      <w:start w:val="1"/>
      <w:numFmt w:val="lowerLetter"/>
      <w:lvlText w:val="%5."/>
      <w:lvlJc w:val="left"/>
      <w:pPr>
        <w:ind w:left="3325" w:hanging="360"/>
      </w:pPr>
    </w:lvl>
    <w:lvl w:ilvl="5" w:tplc="0415001B" w:tentative="1">
      <w:start w:val="1"/>
      <w:numFmt w:val="lowerRoman"/>
      <w:lvlText w:val="%6."/>
      <w:lvlJc w:val="right"/>
      <w:pPr>
        <w:ind w:left="4045" w:hanging="180"/>
      </w:pPr>
    </w:lvl>
    <w:lvl w:ilvl="6" w:tplc="0415000F" w:tentative="1">
      <w:start w:val="1"/>
      <w:numFmt w:val="decimal"/>
      <w:lvlText w:val="%7."/>
      <w:lvlJc w:val="left"/>
      <w:pPr>
        <w:ind w:left="4765" w:hanging="360"/>
      </w:pPr>
    </w:lvl>
    <w:lvl w:ilvl="7" w:tplc="04150019" w:tentative="1">
      <w:start w:val="1"/>
      <w:numFmt w:val="lowerLetter"/>
      <w:lvlText w:val="%8."/>
      <w:lvlJc w:val="left"/>
      <w:pPr>
        <w:ind w:left="5485" w:hanging="360"/>
      </w:pPr>
    </w:lvl>
    <w:lvl w:ilvl="8" w:tplc="0415001B" w:tentative="1">
      <w:start w:val="1"/>
      <w:numFmt w:val="lowerRoman"/>
      <w:lvlText w:val="%9."/>
      <w:lvlJc w:val="right"/>
      <w:pPr>
        <w:ind w:left="6205" w:hanging="180"/>
      </w:pPr>
    </w:lvl>
  </w:abstractNum>
  <w:num w:numId="1" w16cid:durableId="1559122237">
    <w:abstractNumId w:val="8"/>
  </w:num>
  <w:num w:numId="2" w16cid:durableId="242834449">
    <w:abstractNumId w:val="6"/>
  </w:num>
  <w:num w:numId="3" w16cid:durableId="2111194715">
    <w:abstractNumId w:val="5"/>
  </w:num>
  <w:num w:numId="4" w16cid:durableId="1180898776">
    <w:abstractNumId w:val="4"/>
  </w:num>
  <w:num w:numId="5" w16cid:durableId="604003470">
    <w:abstractNumId w:val="7"/>
  </w:num>
  <w:num w:numId="6" w16cid:durableId="1432775572">
    <w:abstractNumId w:val="3"/>
  </w:num>
  <w:num w:numId="7" w16cid:durableId="2014063610">
    <w:abstractNumId w:val="2"/>
  </w:num>
  <w:num w:numId="8" w16cid:durableId="1457681608">
    <w:abstractNumId w:val="1"/>
  </w:num>
  <w:num w:numId="9" w16cid:durableId="1309170721">
    <w:abstractNumId w:val="0"/>
  </w:num>
  <w:num w:numId="10" w16cid:durableId="1885487028">
    <w:abstractNumId w:val="9"/>
  </w:num>
  <w:num w:numId="11" w16cid:durableId="1299797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2BC"/>
    <w:rsid w:val="0015074B"/>
    <w:rsid w:val="0029639D"/>
    <w:rsid w:val="002E4C0F"/>
    <w:rsid w:val="00326F90"/>
    <w:rsid w:val="003F54F7"/>
    <w:rsid w:val="004C1DA2"/>
    <w:rsid w:val="005E1627"/>
    <w:rsid w:val="00654EA6"/>
    <w:rsid w:val="00761AF7"/>
    <w:rsid w:val="00AA1D8D"/>
    <w:rsid w:val="00B47730"/>
    <w:rsid w:val="00CB0664"/>
    <w:rsid w:val="00DE49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89166"/>
  <w14:defaultImageDpi w14:val="300"/>
  <w15:docId w15:val="{63964E46-9943-BD47-ABB4-9045F8EF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spacing w:after="120"/>
    </w:pPr>
    <w:rPr>
      <w:rFonts w:ascii="Times New Roman" w:eastAsia="Times New Roman" w:hAnsi="Times New Roman"/>
      <w:b/>
      <w:sz w:val="28"/>
    </w:rPr>
  </w:style>
  <w:style w:type="paragraph" w:customStyle="1" w:styleId="SectionH">
    <w:name w:val="SectionH"/>
    <w:pPr>
      <w:spacing w:before="160" w:after="60"/>
    </w:pPr>
    <w:rPr>
      <w:rFonts w:ascii="Times New Roman" w:eastAsia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1112</Words>
  <Characters>6675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Kuszyk | Łukasiewicz – INS</dc:creator>
  <cp:keywords/>
  <dc:description/>
  <cp:lastModifiedBy>Katarzyna Kuszyk | Łukasiewicz – INS</cp:lastModifiedBy>
  <cp:revision>3</cp:revision>
  <dcterms:created xsi:type="dcterms:W3CDTF">2026-09-18T06:15:00Z</dcterms:created>
  <dcterms:modified xsi:type="dcterms:W3CDTF">2026-09-18T06:52:00Z</dcterms:modified>
  <cp:category/>
</cp:coreProperties>
</file>