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41C8A" w14:textId="77777777" w:rsidR="00EA2C28" w:rsidRPr="00D15B9D" w:rsidRDefault="009D3953">
      <w:pPr>
        <w:contextualSpacing/>
        <w:jc w:val="center"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b/>
          <w:sz w:val="24"/>
          <w:szCs w:val="20"/>
          <w:lang w:val="pl-PL"/>
        </w:rPr>
        <w:t>ZGŁOSZENIE UDZIAŁU W PUBLICZNYM PRZETARGU USTNYM (AUKCJI)</w:t>
      </w:r>
    </w:p>
    <w:p w14:paraId="3B32B2BA" w14:textId="77777777" w:rsidR="00105F53" w:rsidRDefault="00105F53" w:rsidP="00D15B9D">
      <w:pPr>
        <w:contextualSpacing/>
        <w:jc w:val="both"/>
        <w:rPr>
          <w:rFonts w:ascii="Verdana" w:hAnsi="Verdana"/>
          <w:sz w:val="20"/>
          <w:szCs w:val="20"/>
          <w:lang w:val="pl-PL"/>
        </w:rPr>
      </w:pPr>
    </w:p>
    <w:p w14:paraId="0B67B061" w14:textId="5A0CE179" w:rsidR="00EA2C28" w:rsidRDefault="009D3953" w:rsidP="00D15B9D">
      <w:pPr>
        <w:contextualSpacing/>
        <w:jc w:val="both"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na sprzedaż środka trwałego będącego własnością Sieć Badawcza Łukasiewicz – Instytut</w:t>
      </w:r>
      <w:r w:rsidR="00D15B9D">
        <w:rPr>
          <w:rFonts w:ascii="Verdana" w:hAnsi="Verdana"/>
          <w:sz w:val="20"/>
          <w:szCs w:val="20"/>
          <w:lang w:val="pl-PL"/>
        </w:rPr>
        <w:t>u</w:t>
      </w:r>
      <w:r w:rsidRPr="00D15B9D">
        <w:rPr>
          <w:rFonts w:ascii="Verdana" w:hAnsi="Verdana"/>
          <w:sz w:val="20"/>
          <w:szCs w:val="20"/>
          <w:lang w:val="pl-PL"/>
        </w:rPr>
        <w:t xml:space="preserve"> Nowych Syntez Chemicznych</w:t>
      </w:r>
    </w:p>
    <w:p w14:paraId="122DFFC1" w14:textId="77777777" w:rsidR="00972E7D" w:rsidRPr="00D15B9D" w:rsidRDefault="00972E7D" w:rsidP="00D15B9D">
      <w:pPr>
        <w:contextualSpacing/>
        <w:jc w:val="both"/>
        <w:rPr>
          <w:rFonts w:ascii="Verdana" w:hAnsi="Verdana"/>
          <w:sz w:val="20"/>
          <w:szCs w:val="20"/>
          <w:lang w:val="pl-PL"/>
        </w:rPr>
      </w:pPr>
    </w:p>
    <w:p w14:paraId="23E62F57" w14:textId="77777777" w:rsidR="00EA2C28" w:rsidRPr="00D15B9D" w:rsidRDefault="009D3953" w:rsidP="00972E7D">
      <w:pPr>
        <w:spacing w:after="120"/>
        <w:rPr>
          <w:rFonts w:ascii="Verdana" w:hAnsi="Verdana"/>
          <w:b/>
          <w:bCs/>
          <w:sz w:val="20"/>
          <w:szCs w:val="20"/>
          <w:lang w:val="pl-PL"/>
        </w:rPr>
      </w:pPr>
      <w:r w:rsidRPr="00D15B9D">
        <w:rPr>
          <w:rFonts w:ascii="Verdana" w:hAnsi="Verdana"/>
          <w:b/>
          <w:bCs/>
          <w:sz w:val="20"/>
          <w:szCs w:val="20"/>
          <w:lang w:val="pl-PL"/>
        </w:rPr>
        <w:t>1. Dane uczestnika</w:t>
      </w:r>
    </w:p>
    <w:p w14:paraId="5B5DE7BE" w14:textId="77777777" w:rsidR="00D15B9D" w:rsidRPr="00D15B9D" w:rsidRDefault="00D15B9D" w:rsidP="00972E7D">
      <w:pPr>
        <w:spacing w:line="360" w:lineRule="auto"/>
        <w:contextualSpacing/>
        <w:rPr>
          <w:rFonts w:ascii="Verdana" w:hAnsi="Verdana"/>
          <w:b/>
          <w:bCs/>
          <w:sz w:val="20"/>
          <w:szCs w:val="20"/>
          <w:u w:val="single"/>
          <w:lang w:val="pl-PL"/>
        </w:rPr>
      </w:pPr>
      <w:r w:rsidRPr="00D15B9D">
        <w:rPr>
          <w:rFonts w:ascii="Verdana" w:hAnsi="Verdana"/>
          <w:b/>
          <w:bCs/>
          <w:sz w:val="20"/>
          <w:szCs w:val="20"/>
          <w:u w:val="single"/>
          <w:lang w:val="pl-PL"/>
        </w:rPr>
        <w:t>Osoba fizyczna</w:t>
      </w:r>
    </w:p>
    <w:p w14:paraId="3C903FD0" w14:textId="77777777" w:rsidR="00D15B9D" w:rsidRPr="00D15B9D" w:rsidRDefault="00D15B9D" w:rsidP="00972E7D">
      <w:pPr>
        <w:spacing w:line="360" w:lineRule="auto"/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Imię i nazwisko: ........................................................................</w:t>
      </w:r>
    </w:p>
    <w:p w14:paraId="04ECD599" w14:textId="77777777" w:rsidR="00D15B9D" w:rsidRPr="00D15B9D" w:rsidRDefault="00D15B9D" w:rsidP="00972E7D">
      <w:pPr>
        <w:spacing w:line="360" w:lineRule="auto"/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Adres zamieszkania: ....................................................................</w:t>
      </w:r>
    </w:p>
    <w:p w14:paraId="0CCB098E" w14:textId="77777777" w:rsidR="00D15B9D" w:rsidRPr="00D15B9D" w:rsidRDefault="00D15B9D" w:rsidP="00972E7D">
      <w:pPr>
        <w:spacing w:line="360" w:lineRule="auto"/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PESEL: ....................................................................................</w:t>
      </w:r>
    </w:p>
    <w:p w14:paraId="643A3E30" w14:textId="77777777" w:rsidR="00D15B9D" w:rsidRPr="00D15B9D" w:rsidRDefault="00D15B9D" w:rsidP="00972E7D">
      <w:pPr>
        <w:spacing w:line="360" w:lineRule="auto"/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Telefon: ..................................................................................</w:t>
      </w:r>
    </w:p>
    <w:p w14:paraId="29709AB8" w14:textId="77777777" w:rsidR="00D15B9D" w:rsidRPr="00D15B9D" w:rsidRDefault="00D15B9D" w:rsidP="00972E7D">
      <w:pPr>
        <w:spacing w:line="360" w:lineRule="auto"/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E-mail: ....................................................................................</w:t>
      </w:r>
    </w:p>
    <w:p w14:paraId="5FEC522B" w14:textId="738A6119" w:rsidR="00D15B9D" w:rsidRPr="00D15B9D" w:rsidRDefault="00D15B9D" w:rsidP="00D15B9D">
      <w:pPr>
        <w:contextualSpacing/>
        <w:rPr>
          <w:rFonts w:ascii="Verdana" w:hAnsi="Verdana"/>
          <w:sz w:val="20"/>
          <w:szCs w:val="20"/>
          <w:lang w:val="pl-PL"/>
        </w:rPr>
      </w:pPr>
    </w:p>
    <w:p w14:paraId="081926D9" w14:textId="19ACD84B" w:rsidR="00D15B9D" w:rsidRPr="00D15B9D" w:rsidRDefault="00D15B9D" w:rsidP="00972E7D">
      <w:pPr>
        <w:spacing w:after="120"/>
        <w:rPr>
          <w:rFonts w:ascii="Verdana" w:hAnsi="Verdana"/>
          <w:b/>
          <w:bCs/>
          <w:sz w:val="20"/>
          <w:szCs w:val="20"/>
          <w:u w:val="single"/>
          <w:lang w:val="pl-PL"/>
        </w:rPr>
      </w:pPr>
      <w:r w:rsidRPr="00D15B9D">
        <w:rPr>
          <w:rFonts w:ascii="Verdana" w:hAnsi="Verdana"/>
          <w:b/>
          <w:bCs/>
          <w:sz w:val="20"/>
          <w:szCs w:val="20"/>
          <w:u w:val="single"/>
          <w:lang w:val="pl-PL"/>
        </w:rPr>
        <w:t>Osoba prawna / jednostka organizacyjna</w:t>
      </w:r>
    </w:p>
    <w:p w14:paraId="47F40389" w14:textId="77777777" w:rsidR="00D15B9D" w:rsidRPr="00D15B9D" w:rsidRDefault="00D15B9D" w:rsidP="00972E7D">
      <w:pPr>
        <w:spacing w:line="360" w:lineRule="auto"/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Nazwa/Firma: ............................................................................</w:t>
      </w:r>
    </w:p>
    <w:p w14:paraId="77387B27" w14:textId="77777777" w:rsidR="00D15B9D" w:rsidRPr="00D15B9D" w:rsidRDefault="00D15B9D" w:rsidP="00972E7D">
      <w:pPr>
        <w:spacing w:line="360" w:lineRule="auto"/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Siedziba: ................................................................................</w:t>
      </w:r>
    </w:p>
    <w:p w14:paraId="4CD985F2" w14:textId="77777777" w:rsidR="00D15B9D" w:rsidRPr="00D15B9D" w:rsidRDefault="00D15B9D" w:rsidP="00972E7D">
      <w:pPr>
        <w:spacing w:line="360" w:lineRule="auto"/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NIP: ................................ REGON: ................................</w:t>
      </w:r>
    </w:p>
    <w:p w14:paraId="4FF47BA4" w14:textId="77777777" w:rsidR="00D15B9D" w:rsidRPr="00D15B9D" w:rsidRDefault="00D15B9D" w:rsidP="00972E7D">
      <w:pPr>
        <w:spacing w:line="360" w:lineRule="auto"/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KRS: .......................................................................................</w:t>
      </w:r>
    </w:p>
    <w:p w14:paraId="71381D8A" w14:textId="77777777" w:rsidR="00D15B9D" w:rsidRPr="00D15B9D" w:rsidRDefault="00D15B9D" w:rsidP="00972E7D">
      <w:pPr>
        <w:spacing w:line="360" w:lineRule="auto"/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Telefon: ..................................................................................</w:t>
      </w:r>
    </w:p>
    <w:p w14:paraId="10D2249B" w14:textId="77777777" w:rsidR="00D15B9D" w:rsidRPr="00D15B9D" w:rsidRDefault="00D15B9D" w:rsidP="00972E7D">
      <w:pPr>
        <w:spacing w:line="360" w:lineRule="auto"/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E-mail: ....................................................................................</w:t>
      </w:r>
    </w:p>
    <w:p w14:paraId="68D31051" w14:textId="77777777" w:rsidR="00D15B9D" w:rsidRPr="00D15B9D" w:rsidRDefault="00D15B9D" w:rsidP="00972E7D">
      <w:pPr>
        <w:spacing w:line="360" w:lineRule="auto"/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Osoba uprawniona do reprezentacji: .............................................</w:t>
      </w:r>
    </w:p>
    <w:p w14:paraId="0425F49B" w14:textId="77777777" w:rsidR="00D15B9D" w:rsidRDefault="00D15B9D" w:rsidP="00972E7D">
      <w:pPr>
        <w:spacing w:line="360" w:lineRule="auto"/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Stanowisko/funkcja: ....................................................................</w:t>
      </w:r>
    </w:p>
    <w:p w14:paraId="27B1A345" w14:textId="77777777" w:rsidR="0062029E" w:rsidRDefault="0062029E" w:rsidP="00972E7D">
      <w:pPr>
        <w:spacing w:line="360" w:lineRule="auto"/>
        <w:contextualSpacing/>
        <w:rPr>
          <w:rFonts w:ascii="Verdana" w:hAnsi="Verdana"/>
          <w:sz w:val="20"/>
          <w:szCs w:val="20"/>
          <w:lang w:val="pl-PL"/>
        </w:rPr>
      </w:pPr>
    </w:p>
    <w:p w14:paraId="02D1C56B" w14:textId="77777777" w:rsidR="00EA2C28" w:rsidRPr="00D15B9D" w:rsidRDefault="009D3953" w:rsidP="00972E7D">
      <w:pPr>
        <w:spacing w:after="120"/>
        <w:rPr>
          <w:rFonts w:ascii="Verdana" w:hAnsi="Verdana"/>
          <w:b/>
          <w:bCs/>
          <w:sz w:val="20"/>
          <w:szCs w:val="20"/>
          <w:lang w:val="pl-PL"/>
        </w:rPr>
      </w:pPr>
      <w:r w:rsidRPr="00D15B9D">
        <w:rPr>
          <w:rFonts w:ascii="Verdana" w:hAnsi="Verdana"/>
          <w:b/>
          <w:bCs/>
          <w:sz w:val="20"/>
          <w:szCs w:val="20"/>
          <w:lang w:val="pl-PL"/>
        </w:rPr>
        <w:t>2. Przedmiot przetargu</w:t>
      </w:r>
    </w:p>
    <w:p w14:paraId="7F6FFB43" w14:textId="41CFD905" w:rsidR="00D15B9D" w:rsidRPr="00D15B9D" w:rsidRDefault="00D15B9D" w:rsidP="00972E7D">
      <w:pPr>
        <w:spacing w:after="120"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Zgłaszam udział w następującej licytacji / następujących licytacjach dotyczących sprzedaży:</w:t>
      </w:r>
    </w:p>
    <w:p w14:paraId="462FF6F1" w14:textId="0C2BA01A" w:rsidR="00D15B9D" w:rsidRPr="00972E7D" w:rsidRDefault="002921BC" w:rsidP="00D15B9D">
      <w:pPr>
        <w:contextualSpacing/>
        <w:rPr>
          <w:rFonts w:ascii="Verdana" w:hAnsi="Verdana"/>
          <w:i/>
          <w:iCs/>
          <w:sz w:val="20"/>
          <w:szCs w:val="20"/>
          <w:lang w:val="pl-PL"/>
        </w:rPr>
      </w:pPr>
      <w:r>
        <w:rPr>
          <w:rFonts w:ascii="Verdana" w:hAnsi="Verdana"/>
          <w:sz w:val="20"/>
          <w:szCs w:val="20"/>
          <w:lang w:val="pl-PL"/>
        </w:rPr>
        <w:t>……………………………………………………………………………………………………………………………………………</w:t>
      </w:r>
    </w:p>
    <w:p w14:paraId="5BE17624" w14:textId="6ED3960A" w:rsidR="00D15B9D" w:rsidRPr="00D15B9D" w:rsidRDefault="00D15B9D" w:rsidP="00D15B9D">
      <w:pPr>
        <w:contextualSpacing/>
        <w:rPr>
          <w:rFonts w:ascii="Verdana" w:hAnsi="Verdana"/>
          <w:sz w:val="20"/>
          <w:szCs w:val="20"/>
          <w:lang w:val="pl-PL"/>
        </w:rPr>
      </w:pPr>
    </w:p>
    <w:p w14:paraId="4AB1BA90" w14:textId="77777777" w:rsidR="00EA2C28" w:rsidRPr="00D15B9D" w:rsidRDefault="009D3953" w:rsidP="00972E7D">
      <w:pPr>
        <w:spacing w:after="120"/>
        <w:rPr>
          <w:rFonts w:ascii="Verdana" w:hAnsi="Verdana"/>
          <w:b/>
          <w:bCs/>
          <w:sz w:val="20"/>
          <w:szCs w:val="20"/>
          <w:lang w:val="pl-PL"/>
        </w:rPr>
      </w:pPr>
      <w:r w:rsidRPr="00D15B9D">
        <w:rPr>
          <w:rFonts w:ascii="Verdana" w:hAnsi="Verdana"/>
          <w:b/>
          <w:bCs/>
          <w:sz w:val="20"/>
          <w:szCs w:val="20"/>
          <w:lang w:val="pl-PL"/>
        </w:rPr>
        <w:t>3. Wadium</w:t>
      </w:r>
    </w:p>
    <w:p w14:paraId="1F4EF643" w14:textId="77777777" w:rsidR="00EA2C28" w:rsidRPr="00D15B9D" w:rsidRDefault="009D3953">
      <w:pPr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Kwota / kwoty wadium: ................................................</w:t>
      </w:r>
    </w:p>
    <w:p w14:paraId="334A3AE9" w14:textId="77777777" w:rsidR="00EA2C28" w:rsidRPr="00D15B9D" w:rsidRDefault="009D3953">
      <w:pPr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Potwierdzenie wpłaty wadium stanowi załącznik.</w:t>
      </w:r>
    </w:p>
    <w:p w14:paraId="41C2DCED" w14:textId="77777777" w:rsidR="00EA2C28" w:rsidRPr="00D15B9D" w:rsidRDefault="00EA2C28">
      <w:pPr>
        <w:contextualSpacing/>
        <w:rPr>
          <w:rFonts w:ascii="Verdana" w:hAnsi="Verdana"/>
          <w:sz w:val="20"/>
          <w:szCs w:val="20"/>
          <w:lang w:val="pl-PL"/>
        </w:rPr>
      </w:pPr>
    </w:p>
    <w:p w14:paraId="6BA25998" w14:textId="77777777" w:rsidR="00EA2C28" w:rsidRPr="00D15B9D" w:rsidRDefault="009D3953">
      <w:pPr>
        <w:contextualSpacing/>
        <w:rPr>
          <w:rFonts w:ascii="Verdana" w:hAnsi="Verdana"/>
          <w:b/>
          <w:bCs/>
          <w:sz w:val="20"/>
          <w:szCs w:val="20"/>
          <w:lang w:val="pl-PL"/>
        </w:rPr>
      </w:pPr>
      <w:r w:rsidRPr="00D15B9D">
        <w:rPr>
          <w:rFonts w:ascii="Verdana" w:hAnsi="Verdana"/>
          <w:b/>
          <w:bCs/>
          <w:sz w:val="20"/>
          <w:szCs w:val="20"/>
          <w:lang w:val="pl-PL"/>
        </w:rPr>
        <w:t>4. Rachunek do zwrotu wadium</w:t>
      </w:r>
    </w:p>
    <w:p w14:paraId="52CBD40A" w14:textId="7C4C7C84" w:rsidR="00D15B9D" w:rsidRPr="00D15B9D" w:rsidRDefault="00D15B9D" w:rsidP="00D15B9D">
      <w:pPr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W przypadku, w którym zgodnie z Regulaminem wadium podlega zwrotowi, proszę o jego zwrot na rachunek bankowy **:</w:t>
      </w:r>
    </w:p>
    <w:p w14:paraId="709270A7" w14:textId="77777777" w:rsidR="00D15B9D" w:rsidRPr="00D15B9D" w:rsidRDefault="00D15B9D" w:rsidP="00D15B9D">
      <w:pPr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Bank…………………………………………………………………………………………….</w:t>
      </w:r>
    </w:p>
    <w:p w14:paraId="0A633D8A" w14:textId="3CF89B86" w:rsidR="00EA2C28" w:rsidRDefault="00D15B9D" w:rsidP="00D15B9D">
      <w:pPr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Nr rachunku…………………………………………………………………………………….</w:t>
      </w:r>
    </w:p>
    <w:p w14:paraId="1895BAC7" w14:textId="77777777" w:rsidR="00972E7D" w:rsidRPr="00972E7D" w:rsidRDefault="00972E7D" w:rsidP="00972E7D">
      <w:pPr>
        <w:contextualSpacing/>
        <w:rPr>
          <w:rFonts w:ascii="Verdana" w:hAnsi="Verdana"/>
          <w:sz w:val="20"/>
          <w:szCs w:val="20"/>
          <w:lang w:val="pl-PL"/>
        </w:rPr>
      </w:pPr>
    </w:p>
    <w:p w14:paraId="52476355" w14:textId="1D51D056" w:rsidR="00972E7D" w:rsidRDefault="00972E7D" w:rsidP="00972E7D">
      <w:pPr>
        <w:spacing w:after="120"/>
        <w:jc w:val="both"/>
        <w:rPr>
          <w:rFonts w:ascii="Verdana" w:hAnsi="Verdana"/>
          <w:b/>
          <w:bCs/>
          <w:i/>
          <w:iCs/>
          <w:sz w:val="20"/>
          <w:szCs w:val="20"/>
          <w:lang w:val="pl-PL"/>
        </w:rPr>
      </w:pPr>
      <w:r w:rsidRPr="00C42A8E">
        <w:rPr>
          <w:rFonts w:ascii="Verdana" w:hAnsi="Verdana"/>
          <w:b/>
          <w:i/>
          <w:sz w:val="20"/>
          <w:lang w:val="pl-PL"/>
        </w:rPr>
        <w:t xml:space="preserve"> </w:t>
      </w:r>
      <w:r w:rsidRPr="00972E7D">
        <w:rPr>
          <w:rFonts w:ascii="Verdana" w:hAnsi="Verdana"/>
          <w:b/>
          <w:i/>
          <w:sz w:val="20"/>
          <w:szCs w:val="20"/>
          <w:lang w:val="pl-PL"/>
        </w:rPr>
        <w:t>** uzupełnić w przypadku, gdy numer rachunku jest inny niż numer rachunku, z którego dokonano wpłaty wadium.</w:t>
      </w:r>
    </w:p>
    <w:p w14:paraId="468DFFB9" w14:textId="77777777" w:rsidR="001B67D0" w:rsidRDefault="001B67D0" w:rsidP="00972E7D">
      <w:pPr>
        <w:spacing w:after="120"/>
        <w:jc w:val="both"/>
        <w:rPr>
          <w:rFonts w:ascii="Verdana" w:hAnsi="Verdana"/>
          <w:b/>
          <w:bCs/>
          <w:i/>
          <w:iCs/>
          <w:sz w:val="20"/>
          <w:szCs w:val="20"/>
          <w:lang w:val="pl-PL"/>
        </w:rPr>
      </w:pPr>
    </w:p>
    <w:p w14:paraId="0C0DD18E" w14:textId="77777777" w:rsidR="002921BC" w:rsidRDefault="002921BC" w:rsidP="00972E7D">
      <w:pPr>
        <w:spacing w:after="120"/>
        <w:jc w:val="both"/>
        <w:rPr>
          <w:rFonts w:ascii="Verdana" w:hAnsi="Verdana"/>
          <w:b/>
          <w:bCs/>
          <w:i/>
          <w:iCs/>
          <w:sz w:val="20"/>
          <w:szCs w:val="20"/>
          <w:lang w:val="pl-PL"/>
        </w:rPr>
      </w:pPr>
    </w:p>
    <w:p w14:paraId="1C3C878A" w14:textId="77777777" w:rsidR="00EA2C28" w:rsidRPr="00D15B9D" w:rsidRDefault="009D3953" w:rsidP="00972E7D">
      <w:pPr>
        <w:spacing w:after="120"/>
        <w:rPr>
          <w:rFonts w:ascii="Verdana" w:hAnsi="Verdana"/>
          <w:b/>
          <w:bCs/>
          <w:sz w:val="20"/>
          <w:szCs w:val="20"/>
          <w:lang w:val="pl-PL"/>
        </w:rPr>
      </w:pPr>
      <w:r w:rsidRPr="00D15B9D">
        <w:rPr>
          <w:rFonts w:ascii="Verdana" w:hAnsi="Verdana"/>
          <w:b/>
          <w:bCs/>
          <w:sz w:val="20"/>
          <w:szCs w:val="20"/>
          <w:lang w:val="pl-PL"/>
        </w:rPr>
        <w:t>5. Oświadczenia</w:t>
      </w:r>
    </w:p>
    <w:p w14:paraId="7FAE3A32" w14:textId="77777777" w:rsidR="00D15B9D" w:rsidRDefault="00D15B9D" w:rsidP="00D15B9D">
      <w:pPr>
        <w:contextualSpacing/>
        <w:rPr>
          <w:rFonts w:ascii="Verdana" w:hAnsi="Verdana"/>
          <w:sz w:val="20"/>
          <w:szCs w:val="20"/>
          <w:lang w:val="pl-PL"/>
        </w:rPr>
      </w:pPr>
      <w:r>
        <w:rPr>
          <w:rFonts w:ascii="Verdana" w:hAnsi="Verdana"/>
          <w:sz w:val="20"/>
          <w:szCs w:val="20"/>
          <w:lang w:val="pl-PL"/>
        </w:rPr>
        <w:t>Oświadczam, że:</w:t>
      </w:r>
    </w:p>
    <w:p w14:paraId="2441699E" w14:textId="77777777" w:rsidR="002921BC" w:rsidRPr="002921BC" w:rsidRDefault="002921BC" w:rsidP="002921BC">
      <w:pPr>
        <w:numPr>
          <w:ilvl w:val="0"/>
          <w:numId w:val="11"/>
        </w:numPr>
        <w:contextualSpacing/>
        <w:rPr>
          <w:rFonts w:ascii="Verdana" w:hAnsi="Verdana"/>
          <w:sz w:val="20"/>
          <w:szCs w:val="20"/>
          <w:lang w:val="pl-PL"/>
        </w:rPr>
      </w:pPr>
      <w:r w:rsidRPr="002921BC">
        <w:rPr>
          <w:rFonts w:ascii="Verdana" w:hAnsi="Verdana"/>
          <w:sz w:val="20"/>
          <w:szCs w:val="20"/>
          <w:lang w:val="pl-PL"/>
        </w:rPr>
        <w:t>Zapoznałem(-</w:t>
      </w:r>
      <w:proofErr w:type="spellStart"/>
      <w:r w:rsidRPr="002921BC">
        <w:rPr>
          <w:rFonts w:ascii="Verdana" w:hAnsi="Verdana"/>
          <w:sz w:val="20"/>
          <w:szCs w:val="20"/>
          <w:lang w:val="pl-PL"/>
        </w:rPr>
        <w:t>am</w:t>
      </w:r>
      <w:proofErr w:type="spellEnd"/>
      <w:r w:rsidRPr="002921BC">
        <w:rPr>
          <w:rFonts w:ascii="Verdana" w:hAnsi="Verdana"/>
          <w:sz w:val="20"/>
          <w:szCs w:val="20"/>
          <w:lang w:val="pl-PL"/>
        </w:rPr>
        <w:t xml:space="preserve">) się ze stanem faktycznym, technicznym i prawnym przedmiotu sprzedaży oraz: </w:t>
      </w:r>
    </w:p>
    <w:p w14:paraId="7C7D9528" w14:textId="77777777" w:rsidR="002921BC" w:rsidRPr="002921BC" w:rsidRDefault="002921BC" w:rsidP="002921BC">
      <w:pPr>
        <w:ind w:left="1440"/>
        <w:contextualSpacing/>
        <w:rPr>
          <w:rFonts w:ascii="Verdana" w:hAnsi="Verdana"/>
          <w:sz w:val="20"/>
          <w:szCs w:val="20"/>
          <w:lang w:val="pl-PL"/>
        </w:rPr>
      </w:pPr>
      <w:r w:rsidRPr="002921BC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921BC">
        <w:rPr>
          <w:rFonts w:ascii="Verdana" w:hAnsi="Verdana"/>
          <w:sz w:val="20"/>
          <w:szCs w:val="20"/>
          <w:lang w:val="pl-PL"/>
        </w:rPr>
        <w:t xml:space="preserve"> dokonałem(-</w:t>
      </w:r>
      <w:proofErr w:type="spellStart"/>
      <w:r w:rsidRPr="002921BC">
        <w:rPr>
          <w:rFonts w:ascii="Verdana" w:hAnsi="Verdana"/>
          <w:sz w:val="20"/>
          <w:szCs w:val="20"/>
          <w:lang w:val="pl-PL"/>
        </w:rPr>
        <w:t>am</w:t>
      </w:r>
      <w:proofErr w:type="spellEnd"/>
      <w:r w:rsidRPr="002921BC">
        <w:rPr>
          <w:rFonts w:ascii="Verdana" w:hAnsi="Verdana"/>
          <w:sz w:val="20"/>
          <w:szCs w:val="20"/>
          <w:lang w:val="pl-PL"/>
        </w:rPr>
        <w:t>) jego oględzin,</w:t>
      </w:r>
    </w:p>
    <w:p w14:paraId="78D019A9" w14:textId="77777777" w:rsidR="002921BC" w:rsidRPr="002921BC" w:rsidRDefault="002921BC" w:rsidP="002921BC">
      <w:pPr>
        <w:ind w:left="1440"/>
        <w:rPr>
          <w:rFonts w:ascii="Verdana" w:hAnsi="Verdana"/>
          <w:sz w:val="20"/>
          <w:szCs w:val="20"/>
          <w:lang w:val="pl-PL"/>
        </w:rPr>
      </w:pPr>
      <w:r w:rsidRPr="002921BC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921BC">
        <w:rPr>
          <w:rFonts w:ascii="Verdana" w:hAnsi="Verdana"/>
          <w:sz w:val="20"/>
          <w:szCs w:val="20"/>
          <w:lang w:val="pl-PL"/>
        </w:rPr>
        <w:t xml:space="preserve"> zrezygnowałem(-</w:t>
      </w:r>
      <w:proofErr w:type="spellStart"/>
      <w:r w:rsidRPr="002921BC">
        <w:rPr>
          <w:rFonts w:ascii="Verdana" w:hAnsi="Verdana"/>
          <w:sz w:val="20"/>
          <w:szCs w:val="20"/>
          <w:lang w:val="pl-PL"/>
        </w:rPr>
        <w:t>am</w:t>
      </w:r>
      <w:proofErr w:type="spellEnd"/>
      <w:r w:rsidRPr="002921BC">
        <w:rPr>
          <w:rFonts w:ascii="Verdana" w:hAnsi="Verdana"/>
          <w:sz w:val="20"/>
          <w:szCs w:val="20"/>
          <w:lang w:val="pl-PL"/>
        </w:rPr>
        <w:t>) z dokonania oględzin.</w:t>
      </w:r>
    </w:p>
    <w:p w14:paraId="62756B98" w14:textId="5AED0FF8" w:rsidR="002921BC" w:rsidRPr="002921BC" w:rsidRDefault="002921BC" w:rsidP="002921BC">
      <w:pPr>
        <w:numPr>
          <w:ilvl w:val="0"/>
          <w:numId w:val="12"/>
        </w:numPr>
        <w:ind w:left="714" w:hanging="357"/>
        <w:rPr>
          <w:rFonts w:ascii="Verdana" w:hAnsi="Verdana"/>
          <w:sz w:val="20"/>
          <w:szCs w:val="20"/>
          <w:lang w:val="pl-PL"/>
        </w:rPr>
      </w:pPr>
      <w:r w:rsidRPr="002921BC">
        <w:rPr>
          <w:rFonts w:ascii="Verdana" w:hAnsi="Verdana"/>
          <w:sz w:val="20"/>
          <w:szCs w:val="20"/>
          <w:lang w:val="pl-PL"/>
        </w:rPr>
        <w:t>Zapoznałem(-</w:t>
      </w:r>
      <w:proofErr w:type="spellStart"/>
      <w:r w:rsidRPr="002921BC">
        <w:rPr>
          <w:rFonts w:ascii="Verdana" w:hAnsi="Verdana"/>
          <w:sz w:val="20"/>
          <w:szCs w:val="20"/>
          <w:lang w:val="pl-PL"/>
        </w:rPr>
        <w:t>am</w:t>
      </w:r>
      <w:proofErr w:type="spellEnd"/>
      <w:r w:rsidRPr="002921BC">
        <w:rPr>
          <w:rFonts w:ascii="Verdana" w:hAnsi="Verdana"/>
          <w:sz w:val="20"/>
          <w:szCs w:val="20"/>
          <w:lang w:val="pl-PL"/>
        </w:rPr>
        <w:t>) się z treścią</w:t>
      </w:r>
      <w:r>
        <w:rPr>
          <w:rFonts w:ascii="Verdana" w:hAnsi="Verdana"/>
          <w:sz w:val="20"/>
          <w:szCs w:val="20"/>
          <w:lang w:val="pl-PL"/>
        </w:rPr>
        <w:t xml:space="preserve"> Regulaminu licytacji</w:t>
      </w:r>
      <w:r w:rsidRPr="002921BC">
        <w:rPr>
          <w:rFonts w:ascii="Verdana" w:hAnsi="Verdana"/>
          <w:sz w:val="20"/>
          <w:szCs w:val="20"/>
          <w:lang w:val="pl-PL"/>
        </w:rPr>
        <w:t xml:space="preserve">, w szczególności ze skutkami udzielenia przybicia, oraz akceptuję jego postanowienia bez zastrzeżeń. </w:t>
      </w:r>
    </w:p>
    <w:p w14:paraId="4DAD8228" w14:textId="5E868FDB" w:rsidR="002921BC" w:rsidRDefault="002921BC" w:rsidP="002921BC">
      <w:pPr>
        <w:numPr>
          <w:ilvl w:val="0"/>
          <w:numId w:val="12"/>
        </w:numPr>
        <w:ind w:left="714" w:hanging="357"/>
        <w:jc w:val="both"/>
        <w:rPr>
          <w:rFonts w:ascii="Verdana" w:hAnsi="Verdana"/>
          <w:sz w:val="20"/>
          <w:szCs w:val="20"/>
          <w:lang w:val="pl-PL"/>
        </w:rPr>
      </w:pPr>
      <w:r w:rsidRPr="002921BC">
        <w:rPr>
          <w:rFonts w:ascii="Verdana" w:hAnsi="Verdana"/>
          <w:sz w:val="20"/>
          <w:szCs w:val="20"/>
          <w:lang w:val="pl-PL"/>
        </w:rPr>
        <w:t>Spełniam warunki udziału w przetargu określone w Regulaminie.</w:t>
      </w:r>
    </w:p>
    <w:p w14:paraId="14670D81" w14:textId="2805ABE3" w:rsidR="002921BC" w:rsidRDefault="002921BC" w:rsidP="002921BC">
      <w:pPr>
        <w:numPr>
          <w:ilvl w:val="0"/>
          <w:numId w:val="12"/>
        </w:numPr>
        <w:ind w:left="714" w:hanging="357"/>
        <w:jc w:val="both"/>
        <w:rPr>
          <w:rFonts w:ascii="Verdana" w:hAnsi="Verdana"/>
          <w:sz w:val="20"/>
          <w:szCs w:val="20"/>
          <w:lang w:val="pl-PL"/>
        </w:rPr>
      </w:pPr>
      <w:r w:rsidRPr="002921BC">
        <w:rPr>
          <w:rFonts w:ascii="Verdana" w:hAnsi="Verdana"/>
          <w:sz w:val="20"/>
          <w:szCs w:val="20"/>
          <w:lang w:val="pl-PL"/>
        </w:rPr>
        <w:t xml:space="preserve">Wadium zostało wniesione w wymaganej wysokości i terminie. </w:t>
      </w:r>
    </w:p>
    <w:p w14:paraId="507DC097" w14:textId="704F8580" w:rsidR="002921BC" w:rsidRDefault="002921BC" w:rsidP="002921BC">
      <w:pPr>
        <w:numPr>
          <w:ilvl w:val="0"/>
          <w:numId w:val="12"/>
        </w:numPr>
        <w:ind w:left="714" w:hanging="357"/>
        <w:jc w:val="both"/>
        <w:rPr>
          <w:rFonts w:ascii="Verdana" w:hAnsi="Verdana"/>
          <w:sz w:val="20"/>
          <w:szCs w:val="20"/>
          <w:lang w:val="pl-PL"/>
        </w:rPr>
      </w:pPr>
      <w:r w:rsidRPr="002921BC">
        <w:rPr>
          <w:rFonts w:ascii="Verdana" w:hAnsi="Verdana"/>
          <w:sz w:val="20"/>
          <w:szCs w:val="20"/>
          <w:lang w:val="pl-PL"/>
        </w:rPr>
        <w:t xml:space="preserve">Jestem świadomy(-a), że udzielenie przybicia skutkuje zawarciem umowy sprzedaży oraz obowiązkiem zapłaty ceny na zasadach określonych w Regulaminie. </w:t>
      </w:r>
    </w:p>
    <w:p w14:paraId="03523993" w14:textId="77777777" w:rsidR="002921BC" w:rsidRPr="002921BC" w:rsidRDefault="002921BC" w:rsidP="002921BC">
      <w:pPr>
        <w:numPr>
          <w:ilvl w:val="0"/>
          <w:numId w:val="12"/>
        </w:numPr>
        <w:contextualSpacing/>
        <w:jc w:val="both"/>
        <w:rPr>
          <w:rFonts w:ascii="Verdana" w:hAnsi="Verdana"/>
          <w:sz w:val="20"/>
          <w:szCs w:val="20"/>
          <w:lang w:val="pl-PL"/>
        </w:rPr>
      </w:pPr>
      <w:r w:rsidRPr="002921BC">
        <w:rPr>
          <w:rFonts w:ascii="Verdana" w:hAnsi="Verdana"/>
          <w:sz w:val="20"/>
          <w:szCs w:val="20"/>
          <w:lang w:val="pl-PL"/>
        </w:rPr>
        <w:t xml:space="preserve">Oświadczam, że zamierzam zawrzeć umowę sprzedaży jako: </w:t>
      </w:r>
    </w:p>
    <w:p w14:paraId="04777248" w14:textId="255CCF4B" w:rsidR="002921BC" w:rsidRPr="002921BC" w:rsidRDefault="002921BC" w:rsidP="002921BC">
      <w:pPr>
        <w:ind w:left="1440"/>
        <w:contextualSpacing/>
        <w:rPr>
          <w:rFonts w:ascii="Verdana" w:hAnsi="Verdana"/>
          <w:sz w:val="20"/>
          <w:szCs w:val="20"/>
          <w:lang w:val="pl-PL"/>
        </w:rPr>
      </w:pPr>
      <w:r w:rsidRPr="002921BC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921BC">
        <w:rPr>
          <w:rFonts w:ascii="Verdana" w:hAnsi="Verdana"/>
          <w:sz w:val="20"/>
          <w:szCs w:val="20"/>
          <w:lang w:val="pl-PL"/>
        </w:rPr>
        <w:t xml:space="preserve"> </w:t>
      </w:r>
      <w:r w:rsidR="001B67D0" w:rsidRPr="002921BC">
        <w:rPr>
          <w:rFonts w:ascii="Verdana" w:hAnsi="Verdana"/>
          <w:sz w:val="20"/>
          <w:szCs w:val="20"/>
          <w:lang w:val="pl-PL"/>
        </w:rPr>
        <w:t>konsument,</w:t>
      </w:r>
    </w:p>
    <w:p w14:paraId="7567D845" w14:textId="7CC98BA7" w:rsidR="002921BC" w:rsidRPr="002921BC" w:rsidRDefault="002921BC" w:rsidP="002921BC">
      <w:pPr>
        <w:ind w:left="1440"/>
        <w:contextualSpacing/>
        <w:rPr>
          <w:rFonts w:ascii="Verdana" w:hAnsi="Verdana"/>
          <w:sz w:val="20"/>
          <w:szCs w:val="20"/>
          <w:lang w:val="pl-PL"/>
        </w:rPr>
      </w:pPr>
      <w:r w:rsidRPr="002921BC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2921BC">
        <w:rPr>
          <w:rFonts w:ascii="Verdana" w:hAnsi="Verdana"/>
          <w:sz w:val="20"/>
          <w:szCs w:val="20"/>
          <w:lang w:val="pl-PL"/>
        </w:rPr>
        <w:t xml:space="preserve"> </w:t>
      </w:r>
      <w:r w:rsidR="001B67D0" w:rsidRPr="002921BC">
        <w:rPr>
          <w:rFonts w:ascii="Verdana" w:hAnsi="Verdana"/>
          <w:sz w:val="20"/>
          <w:szCs w:val="20"/>
          <w:lang w:val="pl-PL"/>
        </w:rPr>
        <w:t>osoba fizyczna prowadząca działalność gospodarczą korzystająca z ochrony konsumenckiej</w:t>
      </w:r>
    </w:p>
    <w:p w14:paraId="2BE0D508" w14:textId="5AFF6FD7" w:rsidR="002921BC" w:rsidRPr="00105F53" w:rsidRDefault="002921BC" w:rsidP="002921BC">
      <w:pPr>
        <w:ind w:left="1440"/>
        <w:contextualSpacing/>
        <w:rPr>
          <w:rFonts w:ascii="Verdana" w:hAnsi="Verdana"/>
          <w:sz w:val="20"/>
          <w:szCs w:val="20"/>
          <w:lang w:val="pl-PL"/>
        </w:rPr>
      </w:pPr>
      <w:r w:rsidRPr="00105F53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105F53">
        <w:rPr>
          <w:rFonts w:ascii="Verdana" w:hAnsi="Verdana" w:cs="Segoe UI Symbol"/>
          <w:sz w:val="20"/>
          <w:szCs w:val="20"/>
          <w:lang w:val="pl-PL"/>
        </w:rPr>
        <w:t xml:space="preserve"> podmiot niekorzystający z ochrony konsumenckiej.</w:t>
      </w:r>
    </w:p>
    <w:p w14:paraId="486C5DAD" w14:textId="77777777" w:rsidR="002921BC" w:rsidRDefault="002921BC" w:rsidP="002921BC">
      <w:pPr>
        <w:ind w:left="720"/>
        <w:contextualSpacing/>
        <w:rPr>
          <w:rFonts w:ascii="Verdana" w:hAnsi="Verdana"/>
          <w:sz w:val="20"/>
          <w:szCs w:val="20"/>
          <w:lang w:val="pl-PL"/>
        </w:rPr>
      </w:pPr>
    </w:p>
    <w:p w14:paraId="7B283CB0" w14:textId="77777777" w:rsidR="0062029E" w:rsidRPr="0062029E" w:rsidRDefault="0062029E" w:rsidP="0062029E">
      <w:pPr>
        <w:spacing w:after="160" w:line="278" w:lineRule="auto"/>
        <w:rPr>
          <w:rFonts w:ascii="Verdana" w:hAnsi="Verdana"/>
          <w:b/>
          <w:bCs/>
          <w:sz w:val="20"/>
          <w:szCs w:val="20"/>
          <w:lang w:val="pl-PL"/>
        </w:rPr>
      </w:pPr>
      <w:r w:rsidRPr="0062029E">
        <w:rPr>
          <w:rFonts w:ascii="Verdana" w:hAnsi="Verdana"/>
          <w:b/>
          <w:bCs/>
          <w:sz w:val="20"/>
          <w:szCs w:val="20"/>
          <w:lang w:val="pl-PL"/>
        </w:rPr>
        <w:t>Dodatkowe oświadczenie uczestnika korzystającego z ochrony konsumenckiej</w:t>
      </w:r>
    </w:p>
    <w:p w14:paraId="51AD198F" w14:textId="0D888EE8" w:rsidR="0062029E" w:rsidRPr="0062029E" w:rsidRDefault="0062029E" w:rsidP="0062029E">
      <w:pPr>
        <w:spacing w:after="160" w:line="278" w:lineRule="auto"/>
        <w:rPr>
          <w:rFonts w:ascii="Verdana" w:hAnsi="Verdana"/>
          <w:sz w:val="20"/>
          <w:szCs w:val="20"/>
          <w:lang w:val="pl-PL"/>
        </w:rPr>
      </w:pPr>
      <w:r w:rsidRPr="0062029E">
        <w:rPr>
          <w:rFonts w:ascii="Verdana" w:hAnsi="Verdana"/>
          <w:i/>
          <w:iCs/>
          <w:sz w:val="20"/>
          <w:szCs w:val="20"/>
          <w:lang w:val="pl-PL"/>
        </w:rPr>
        <w:t>(wypełnić wyłącznie w przypadku zaznaczenia jednej z dwóch pierwszych opcji w pkt 6)</w:t>
      </w:r>
    </w:p>
    <w:p w14:paraId="6C9758D6" w14:textId="28E929E5" w:rsidR="0062029E" w:rsidRPr="0062029E" w:rsidRDefault="0062029E" w:rsidP="0062029E">
      <w:pPr>
        <w:contextualSpacing/>
        <w:jc w:val="both"/>
        <w:rPr>
          <w:rFonts w:ascii="Verdana" w:hAnsi="Verdana"/>
          <w:sz w:val="20"/>
          <w:szCs w:val="20"/>
          <w:lang w:val="pl-PL"/>
        </w:rPr>
      </w:pPr>
      <w:r w:rsidRPr="0062029E">
        <w:rPr>
          <w:rFonts w:ascii="Verdana" w:hAnsi="Verdana"/>
          <w:sz w:val="20"/>
          <w:szCs w:val="20"/>
          <w:lang w:val="pl-PL"/>
        </w:rPr>
        <w:t>Oświadczam, że przed dopuszczeniem do licytacji zostały mi przedstawione poniższe konkretne cechy przedmiotu sprzedaży odbiegające od wymogów zgodności z umową. Każdą z nich akceptuję wyraźnie i odrębnie przez zaznaczenie pola „TAK” przy danej cesze.</w:t>
      </w:r>
    </w:p>
    <w:p w14:paraId="5991B320" w14:textId="77777777" w:rsidR="0062029E" w:rsidRPr="0062029E" w:rsidRDefault="0062029E" w:rsidP="0062029E">
      <w:pPr>
        <w:contextualSpacing/>
        <w:rPr>
          <w:rFonts w:ascii="Verdana" w:hAnsi="Verdana"/>
          <w:i/>
          <w:iCs/>
          <w:sz w:val="20"/>
          <w:szCs w:val="20"/>
          <w:lang w:val="pl-PL"/>
        </w:rPr>
      </w:pPr>
    </w:p>
    <w:p w14:paraId="642A8741" w14:textId="69255DF0" w:rsidR="0062029E" w:rsidRPr="0062029E" w:rsidRDefault="0062029E" w:rsidP="0062029E">
      <w:pPr>
        <w:contextualSpacing/>
        <w:rPr>
          <w:rFonts w:ascii="Verdana" w:hAnsi="Verdana"/>
          <w:i/>
          <w:iCs/>
          <w:sz w:val="20"/>
          <w:szCs w:val="20"/>
          <w:lang w:val="pl-PL"/>
        </w:rPr>
      </w:pPr>
      <w:r w:rsidRPr="0062029E">
        <w:rPr>
          <w:rFonts w:ascii="Verdana" w:hAnsi="Verdana"/>
          <w:i/>
          <w:iCs/>
          <w:sz w:val="20"/>
          <w:szCs w:val="20"/>
          <w:lang w:val="pl-PL"/>
        </w:rPr>
        <w:t>1. Konkretna cecha / brak zgodności: ........................................................................    Akceptuję: ☐ TAK</w:t>
      </w:r>
    </w:p>
    <w:p w14:paraId="6F722785" w14:textId="77777777" w:rsidR="0062029E" w:rsidRPr="0062029E" w:rsidRDefault="0062029E" w:rsidP="0062029E">
      <w:pPr>
        <w:contextualSpacing/>
        <w:rPr>
          <w:rFonts w:ascii="Verdana" w:hAnsi="Verdana"/>
          <w:i/>
          <w:iCs/>
          <w:sz w:val="20"/>
          <w:szCs w:val="20"/>
          <w:lang w:val="pl-PL"/>
        </w:rPr>
      </w:pPr>
      <w:r w:rsidRPr="00C42A8E">
        <w:rPr>
          <w:rFonts w:ascii="Verdana" w:hAnsi="Verdana"/>
          <w:i/>
          <w:sz w:val="20"/>
          <w:lang w:val="pl-PL"/>
        </w:rPr>
        <w:t>2. Konkretna cecha / brak zgodności: ........................................................................    Akceptuję: ☐ TAK</w:t>
      </w:r>
    </w:p>
    <w:p w14:paraId="096301B2" w14:textId="77777777" w:rsidR="0062029E" w:rsidRPr="0062029E" w:rsidRDefault="0062029E" w:rsidP="0062029E">
      <w:pPr>
        <w:contextualSpacing/>
        <w:rPr>
          <w:rFonts w:ascii="Verdana" w:hAnsi="Verdana"/>
          <w:i/>
          <w:iCs/>
          <w:sz w:val="20"/>
          <w:szCs w:val="20"/>
          <w:lang w:val="pl-PL"/>
        </w:rPr>
      </w:pPr>
      <w:r w:rsidRPr="00C42A8E">
        <w:rPr>
          <w:rFonts w:ascii="Verdana" w:hAnsi="Verdana"/>
          <w:i/>
          <w:sz w:val="20"/>
          <w:lang w:val="pl-PL"/>
        </w:rPr>
        <w:t>3. Konkretna cecha / brak zgodności: ........................................................................    Akceptuję: ☐ TAK</w:t>
      </w:r>
    </w:p>
    <w:p w14:paraId="3BA02D24" w14:textId="77777777" w:rsidR="0062029E" w:rsidRDefault="0062029E" w:rsidP="0062029E">
      <w:pPr>
        <w:spacing w:after="160" w:line="278" w:lineRule="auto"/>
        <w:jc w:val="both"/>
        <w:rPr>
          <w:rFonts w:ascii="Verdana" w:hAnsi="Verdana"/>
          <w:sz w:val="20"/>
          <w:szCs w:val="20"/>
          <w:lang w:val="pl-PL"/>
        </w:rPr>
      </w:pPr>
    </w:p>
    <w:p w14:paraId="54FA05F3" w14:textId="7A08B8A3" w:rsidR="0062029E" w:rsidRPr="0062029E" w:rsidRDefault="0062029E" w:rsidP="0062029E">
      <w:pPr>
        <w:spacing w:after="160" w:line="278" w:lineRule="auto"/>
        <w:jc w:val="both"/>
        <w:rPr>
          <w:rFonts w:ascii="Verdana" w:hAnsi="Verdana"/>
          <w:sz w:val="20"/>
          <w:szCs w:val="20"/>
          <w:lang w:val="pl-PL"/>
        </w:rPr>
      </w:pPr>
      <w:r w:rsidRPr="0062029E">
        <w:rPr>
          <w:rFonts w:ascii="Verdana" w:hAnsi="Verdana"/>
          <w:sz w:val="20"/>
          <w:szCs w:val="20"/>
          <w:lang w:val="pl-PL"/>
        </w:rPr>
        <w:t xml:space="preserve">Potwierdzam, że powyższe informacje zostały mi przekazane w sposób jasny </w:t>
      </w:r>
      <w:r>
        <w:rPr>
          <w:rFonts w:ascii="Verdana" w:hAnsi="Verdana"/>
          <w:sz w:val="20"/>
          <w:szCs w:val="20"/>
          <w:lang w:val="pl-PL"/>
        </w:rPr>
        <w:br/>
      </w:r>
      <w:r w:rsidRPr="0062029E">
        <w:rPr>
          <w:rFonts w:ascii="Verdana" w:hAnsi="Verdana"/>
          <w:sz w:val="20"/>
          <w:szCs w:val="20"/>
          <w:lang w:val="pl-PL"/>
        </w:rPr>
        <w:t xml:space="preserve">i zrozumiały przed dopuszczeniem do licytacji. </w:t>
      </w:r>
    </w:p>
    <w:p w14:paraId="16C32B00" w14:textId="501A8BEE" w:rsidR="0062029E" w:rsidRPr="0062029E" w:rsidRDefault="0062029E" w:rsidP="0062029E">
      <w:pPr>
        <w:spacing w:after="160" w:line="278" w:lineRule="auto"/>
        <w:rPr>
          <w:rFonts w:ascii="Verdana" w:hAnsi="Verdana"/>
          <w:b/>
          <w:bCs/>
          <w:sz w:val="20"/>
          <w:szCs w:val="20"/>
          <w:lang w:val="pl-PL"/>
        </w:rPr>
      </w:pPr>
      <w:r w:rsidRPr="0062029E">
        <w:rPr>
          <w:rFonts w:ascii="Verdana" w:hAnsi="Verdana"/>
          <w:b/>
          <w:bCs/>
          <w:sz w:val="20"/>
          <w:szCs w:val="20"/>
          <w:lang w:val="pl-PL"/>
        </w:rPr>
        <w:t>Dodatkowe oświadczenie uczestnika niekorzystającego z ochrony konsumenckiej</w:t>
      </w:r>
    </w:p>
    <w:p w14:paraId="58554BCE" w14:textId="49564457" w:rsidR="0062029E" w:rsidRPr="0062029E" w:rsidRDefault="0062029E" w:rsidP="0062029E">
      <w:pPr>
        <w:spacing w:after="160" w:line="278" w:lineRule="auto"/>
        <w:rPr>
          <w:rFonts w:ascii="Verdana" w:hAnsi="Verdana"/>
          <w:sz w:val="20"/>
          <w:szCs w:val="20"/>
          <w:lang w:val="pl-PL"/>
        </w:rPr>
      </w:pPr>
      <w:r w:rsidRPr="0062029E">
        <w:rPr>
          <w:rFonts w:ascii="Verdana" w:hAnsi="Verdana"/>
          <w:i/>
          <w:iCs/>
          <w:sz w:val="20"/>
          <w:szCs w:val="20"/>
          <w:lang w:val="pl-PL"/>
        </w:rPr>
        <w:t>(wypełnić wyłącznie w przypadku zaznaczenia trzeciej opcji w pkt 6)</w:t>
      </w:r>
    </w:p>
    <w:p w14:paraId="5B4A0F80" w14:textId="6192B4F8" w:rsidR="0062029E" w:rsidRPr="001B67D0" w:rsidRDefault="0062029E" w:rsidP="0062029E">
      <w:pPr>
        <w:spacing w:after="160" w:line="278" w:lineRule="auto"/>
        <w:jc w:val="both"/>
        <w:rPr>
          <w:rFonts w:ascii="Verdana" w:hAnsi="Verdana"/>
          <w:sz w:val="20"/>
          <w:szCs w:val="20"/>
          <w:lang w:val="pl-PL"/>
        </w:rPr>
      </w:pPr>
      <w:r w:rsidRPr="0062029E">
        <w:rPr>
          <w:rFonts w:ascii="Verdana" w:hAnsi="Verdana"/>
          <w:sz w:val="20"/>
          <w:szCs w:val="20"/>
          <w:lang w:val="pl-PL"/>
        </w:rPr>
        <w:lastRenderedPageBreak/>
        <w:t>Oświadczam, że działam jako podmiot niekorzystający z ochrony konsumenckiej oraz przyjmuję do wiadomości, że odpowiedzialność sprzedającego z tytułu rękojmi za wady fizyczne i prawne przedmiotu sprzedaży została wyłączona w zakresie dopuszczalnym przez obowiązujące przepisy prawa.</w:t>
      </w:r>
    </w:p>
    <w:p w14:paraId="4AA4E82E" w14:textId="77777777" w:rsidR="0062029E" w:rsidRPr="001B67D0" w:rsidRDefault="0062029E" w:rsidP="0062029E">
      <w:pPr>
        <w:contextualSpacing/>
        <w:jc w:val="both"/>
        <w:rPr>
          <w:rFonts w:ascii="Verdana" w:hAnsi="Verdana"/>
          <w:i/>
          <w:iCs/>
          <w:sz w:val="20"/>
          <w:szCs w:val="20"/>
          <w:lang w:val="pl-PL"/>
        </w:rPr>
      </w:pPr>
    </w:p>
    <w:p w14:paraId="6B5955EA" w14:textId="69A2D6EB" w:rsidR="002921BC" w:rsidRPr="002921BC" w:rsidRDefault="002921BC" w:rsidP="0062029E">
      <w:pPr>
        <w:contextualSpacing/>
        <w:jc w:val="both"/>
        <w:rPr>
          <w:rFonts w:ascii="Verdana" w:hAnsi="Verdana"/>
          <w:i/>
          <w:iCs/>
          <w:sz w:val="20"/>
          <w:szCs w:val="20"/>
          <w:lang w:val="pl-PL"/>
        </w:rPr>
      </w:pPr>
      <w:r w:rsidRPr="002921BC">
        <w:rPr>
          <w:rFonts w:ascii="Verdana" w:hAnsi="Verdana"/>
          <w:i/>
          <w:iCs/>
          <w:sz w:val="20"/>
          <w:szCs w:val="20"/>
          <w:lang w:val="pl-PL"/>
        </w:rPr>
        <w:t>Potwierdzam otrzymanie klauzuli informacyjnej dotyczącej przetwarzania danych osobowych w związku z udziałem w przetargu.</w:t>
      </w:r>
    </w:p>
    <w:p w14:paraId="256C20E5" w14:textId="77777777" w:rsidR="002921BC" w:rsidRPr="002921BC" w:rsidRDefault="002921BC" w:rsidP="002921BC">
      <w:pPr>
        <w:contextualSpacing/>
        <w:jc w:val="both"/>
        <w:rPr>
          <w:rFonts w:ascii="Verdana" w:hAnsi="Verdana"/>
          <w:i/>
          <w:iCs/>
          <w:sz w:val="20"/>
          <w:szCs w:val="20"/>
          <w:lang w:val="pl-PL"/>
        </w:rPr>
      </w:pPr>
    </w:p>
    <w:p w14:paraId="3700F856" w14:textId="77777777" w:rsidR="00EA2C28" w:rsidRPr="00D15B9D" w:rsidRDefault="00EA2C28">
      <w:pPr>
        <w:contextualSpacing/>
        <w:rPr>
          <w:rFonts w:ascii="Verdana" w:hAnsi="Verdana"/>
          <w:sz w:val="20"/>
          <w:szCs w:val="20"/>
          <w:lang w:val="pl-PL"/>
        </w:rPr>
      </w:pPr>
    </w:p>
    <w:p w14:paraId="0EF4A463" w14:textId="77777777" w:rsidR="00D15B9D" w:rsidRDefault="00D15B9D">
      <w:pPr>
        <w:contextualSpacing/>
        <w:rPr>
          <w:rFonts w:ascii="Verdana" w:hAnsi="Verdana"/>
          <w:sz w:val="20"/>
          <w:szCs w:val="20"/>
          <w:lang w:val="pl-PL"/>
        </w:rPr>
      </w:pPr>
    </w:p>
    <w:p w14:paraId="3B43BDEE" w14:textId="3215F214" w:rsidR="00EA2C28" w:rsidRPr="00D15B9D" w:rsidRDefault="009D3953">
      <w:pPr>
        <w:contextualSpacing/>
        <w:rPr>
          <w:rFonts w:ascii="Verdana" w:hAnsi="Verdana"/>
          <w:sz w:val="20"/>
          <w:szCs w:val="20"/>
          <w:lang w:val="pl-PL"/>
        </w:rPr>
      </w:pPr>
      <w:r w:rsidRPr="00D15B9D">
        <w:rPr>
          <w:rFonts w:ascii="Verdana" w:hAnsi="Verdana"/>
          <w:sz w:val="20"/>
          <w:szCs w:val="20"/>
          <w:lang w:val="pl-PL"/>
        </w:rPr>
        <w:t>Miejscowość i data: ................................................</w:t>
      </w:r>
    </w:p>
    <w:p w14:paraId="3F9AE27B" w14:textId="77777777" w:rsidR="00D15B9D" w:rsidRDefault="00D15B9D">
      <w:pPr>
        <w:contextualSpacing/>
        <w:rPr>
          <w:rFonts w:ascii="Verdana" w:hAnsi="Verdana"/>
          <w:sz w:val="20"/>
          <w:szCs w:val="20"/>
          <w:lang w:val="pl-PL"/>
        </w:rPr>
      </w:pPr>
    </w:p>
    <w:p w14:paraId="7EC3A175" w14:textId="77777777" w:rsidR="00D15B9D" w:rsidRDefault="00D15B9D">
      <w:pPr>
        <w:contextualSpacing/>
        <w:rPr>
          <w:rFonts w:ascii="Verdana" w:hAnsi="Verdana"/>
          <w:sz w:val="20"/>
          <w:szCs w:val="20"/>
          <w:lang w:val="pl-PL"/>
        </w:rPr>
      </w:pPr>
    </w:p>
    <w:p w14:paraId="30DA2BBA" w14:textId="64FD9464" w:rsidR="00EA2C28" w:rsidRPr="00D15B9D" w:rsidRDefault="00972E7D">
      <w:pPr>
        <w:contextualSpacing/>
        <w:rPr>
          <w:rFonts w:ascii="Verdana" w:hAnsi="Verdana"/>
          <w:sz w:val="20"/>
          <w:szCs w:val="20"/>
          <w:lang w:val="pl-PL"/>
        </w:rPr>
      </w:pPr>
      <w:r>
        <w:rPr>
          <w:rFonts w:ascii="Verdana" w:hAnsi="Verdana"/>
          <w:sz w:val="20"/>
          <w:szCs w:val="20"/>
          <w:lang w:val="pl-PL"/>
        </w:rPr>
        <w:t>Czytelny p</w:t>
      </w:r>
      <w:r w:rsidR="009D3953" w:rsidRPr="00D15B9D">
        <w:rPr>
          <w:rFonts w:ascii="Verdana" w:hAnsi="Verdana"/>
          <w:sz w:val="20"/>
          <w:szCs w:val="20"/>
          <w:lang w:val="pl-PL"/>
        </w:rPr>
        <w:t>odpis uczestnika / osoby uprawnionej: ................................................</w:t>
      </w:r>
    </w:p>
    <w:sectPr w:rsidR="00EA2C28" w:rsidRPr="00D15B9D" w:rsidSect="00105F53">
      <w:headerReference w:type="default" r:id="rId8"/>
      <w:footerReference w:type="default" r:id="rId9"/>
      <w:pgSz w:w="12240" w:h="15840"/>
      <w:pgMar w:top="993" w:right="1467" w:bottom="127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9348E" w14:textId="77777777" w:rsidR="005D3121" w:rsidRDefault="005D3121" w:rsidP="001B67D0">
      <w:pPr>
        <w:spacing w:after="0" w:line="240" w:lineRule="auto"/>
      </w:pPr>
      <w:r>
        <w:separator/>
      </w:r>
    </w:p>
  </w:endnote>
  <w:endnote w:type="continuationSeparator" w:id="0">
    <w:p w14:paraId="029BD5F6" w14:textId="77777777" w:rsidR="005D3121" w:rsidRDefault="005D3121" w:rsidP="001B67D0">
      <w:pPr>
        <w:spacing w:after="0" w:line="240" w:lineRule="auto"/>
      </w:pPr>
      <w:r>
        <w:continuationSeparator/>
      </w:r>
    </w:p>
  </w:endnote>
  <w:endnote w:type="continuationNotice" w:id="1">
    <w:p w14:paraId="5C7A0E03" w14:textId="77777777" w:rsidR="005D3121" w:rsidRDefault="005D31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5848254"/>
      <w:docPartObj>
        <w:docPartGallery w:val="Page Numbers (Bottom of Page)"/>
        <w:docPartUnique/>
      </w:docPartObj>
    </w:sdtPr>
    <w:sdtEndPr/>
    <w:sdtContent>
      <w:p w14:paraId="2C62EBE8" w14:textId="12D8E773" w:rsidR="001B67D0" w:rsidRDefault="001B67D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363BF961" w14:textId="77777777" w:rsidR="001B67D0" w:rsidRDefault="001B67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BAFA4" w14:textId="77777777" w:rsidR="005D3121" w:rsidRDefault="005D3121" w:rsidP="001B67D0">
      <w:pPr>
        <w:spacing w:after="0" w:line="240" w:lineRule="auto"/>
      </w:pPr>
      <w:r>
        <w:separator/>
      </w:r>
    </w:p>
  </w:footnote>
  <w:footnote w:type="continuationSeparator" w:id="0">
    <w:p w14:paraId="47C7659D" w14:textId="77777777" w:rsidR="005D3121" w:rsidRDefault="005D3121" w:rsidP="001B67D0">
      <w:pPr>
        <w:spacing w:after="0" w:line="240" w:lineRule="auto"/>
      </w:pPr>
      <w:r>
        <w:continuationSeparator/>
      </w:r>
    </w:p>
  </w:footnote>
  <w:footnote w:type="continuationNotice" w:id="1">
    <w:p w14:paraId="48DBBA86" w14:textId="77777777" w:rsidR="005D3121" w:rsidRDefault="005D31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665C8" w14:textId="77777777" w:rsidR="00C42A8E" w:rsidRDefault="00C42A8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AF9423D"/>
    <w:multiLevelType w:val="multilevel"/>
    <w:tmpl w:val="C4BCD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9C2DE6"/>
    <w:multiLevelType w:val="multilevel"/>
    <w:tmpl w:val="30DAA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965AAB"/>
    <w:multiLevelType w:val="multilevel"/>
    <w:tmpl w:val="2F426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5D1804"/>
    <w:multiLevelType w:val="hybridMultilevel"/>
    <w:tmpl w:val="332EEB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5623F7"/>
    <w:multiLevelType w:val="multilevel"/>
    <w:tmpl w:val="D1C65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1131C2"/>
    <w:multiLevelType w:val="multilevel"/>
    <w:tmpl w:val="282C6C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605C7DFA"/>
    <w:multiLevelType w:val="multilevel"/>
    <w:tmpl w:val="7248A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9085889">
    <w:abstractNumId w:val="8"/>
  </w:num>
  <w:num w:numId="2" w16cid:durableId="1068648555">
    <w:abstractNumId w:val="6"/>
  </w:num>
  <w:num w:numId="3" w16cid:durableId="1149055141">
    <w:abstractNumId w:val="5"/>
  </w:num>
  <w:num w:numId="4" w16cid:durableId="1628199711">
    <w:abstractNumId w:val="4"/>
  </w:num>
  <w:num w:numId="5" w16cid:durableId="1977559929">
    <w:abstractNumId w:val="7"/>
  </w:num>
  <w:num w:numId="6" w16cid:durableId="802043951">
    <w:abstractNumId w:val="3"/>
  </w:num>
  <w:num w:numId="7" w16cid:durableId="671643411">
    <w:abstractNumId w:val="2"/>
  </w:num>
  <w:num w:numId="8" w16cid:durableId="981081310">
    <w:abstractNumId w:val="1"/>
  </w:num>
  <w:num w:numId="9" w16cid:durableId="56322575">
    <w:abstractNumId w:val="0"/>
  </w:num>
  <w:num w:numId="10" w16cid:durableId="1171674438">
    <w:abstractNumId w:val="12"/>
  </w:num>
  <w:num w:numId="11" w16cid:durableId="1761098611">
    <w:abstractNumId w:val="10"/>
  </w:num>
  <w:num w:numId="12" w16cid:durableId="1917468411">
    <w:abstractNumId w:val="14"/>
  </w:num>
  <w:num w:numId="13" w16cid:durableId="683553509">
    <w:abstractNumId w:val="13"/>
  </w:num>
  <w:num w:numId="14" w16cid:durableId="1822842884">
    <w:abstractNumId w:val="9"/>
  </w:num>
  <w:num w:numId="15" w16cid:durableId="1014258993">
    <w:abstractNumId w:val="11"/>
  </w:num>
  <w:num w:numId="16" w16cid:durableId="68212679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18F"/>
    <w:rsid w:val="00105F53"/>
    <w:rsid w:val="0015074B"/>
    <w:rsid w:val="001A696F"/>
    <w:rsid w:val="001B67D0"/>
    <w:rsid w:val="001F743C"/>
    <w:rsid w:val="002728B1"/>
    <w:rsid w:val="00281070"/>
    <w:rsid w:val="002921BC"/>
    <w:rsid w:val="0029639D"/>
    <w:rsid w:val="00326F90"/>
    <w:rsid w:val="005350CA"/>
    <w:rsid w:val="005D2E9B"/>
    <w:rsid w:val="005D3121"/>
    <w:rsid w:val="0062029E"/>
    <w:rsid w:val="00642B7D"/>
    <w:rsid w:val="0065169E"/>
    <w:rsid w:val="006E26CF"/>
    <w:rsid w:val="007556C0"/>
    <w:rsid w:val="00876408"/>
    <w:rsid w:val="00972E7D"/>
    <w:rsid w:val="009D3953"/>
    <w:rsid w:val="00A16D74"/>
    <w:rsid w:val="00AA1D8D"/>
    <w:rsid w:val="00B47730"/>
    <w:rsid w:val="00C15ACD"/>
    <w:rsid w:val="00C42A8E"/>
    <w:rsid w:val="00C60217"/>
    <w:rsid w:val="00CB0664"/>
    <w:rsid w:val="00D15B9D"/>
    <w:rsid w:val="00EA2C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86FABB5-BE27-4C97-A6A1-DA16C0914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D15B9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5B9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C42A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646</Words>
  <Characters>3881</Characters>
  <Application>Microsoft Office Word</Application>
  <DocSecurity>4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Kuszyk | Łukasiewicz – INS</dc:creator>
  <cp:keywords/>
  <dc:description>generated by python-docx</dc:description>
  <cp:lastModifiedBy>Katarzyna Kuszyk | Łukasiewicz – INS</cp:lastModifiedBy>
  <cp:revision>2</cp:revision>
  <dcterms:created xsi:type="dcterms:W3CDTF">2026-10-02T06:07:00Z</dcterms:created>
  <dcterms:modified xsi:type="dcterms:W3CDTF">2026-10-02T06:07:00Z</dcterms:modified>
  <cp:category/>
</cp:coreProperties>
</file>